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Constructions and loci</w:t>
      </w:r>
    </w:p>
    <w:p>
      <w:r>
        <w:t>Pearson Edexcel GCSE Mathematics 1MA1 • L028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28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Use a ruler and compass on blank paper. Draw AB=8 cm and construct its perpendicular bisector, leaving arcs. Construct the perpendicular to a line at a chosen point on it. Draw a 70° angle with a protractor, then bisect it with compass arcs. Finally draw two centres 6 cm apart and circles of radius 4 cm: mark points exactly 4 cm from both centres.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Constructions and loci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