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DELIVERY MAP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Slide by slide delivery map</w:t>
      </w:r>
    </w:p>
    <w:p>
      <w:r>
        <w:t>Pearson Edexcel GCSE Mathematics 1MA1 • L028</w:t>
        <w:br/>
        <w:t>22 slides • 60 minutes • Teacher use only • Lesson resources</w:t>
      </w:r>
    </w:p>
    <w:p>
      <w:r>
        <w:t>REACH FOR THE STAR  |  GCSE MATHEMATICS</w:t>
      </w:r>
    </w:p>
    <w:p>
      <w:pPr>
        <w:pStyle w:val="Heading2"/>
      </w:pPr>
      <w:r>
        <w:t>01   Constructions and loci   1 min   Recall</w:t>
      </w:r>
    </w:p>
    <w:p>
      <w:r>
        <w:t>Use ruler and compass constructions and interpret loci as sets of points satisfying distance conditions.</w:t>
      </w:r>
    </w:p>
    <w:p>
      <w:pPr>
        <w:pStyle w:val="Heading2"/>
      </w:pPr>
      <w:r>
        <w:t>02   The goal and the evidence   1 min   Recall</w:t>
      </w:r>
    </w:p>
    <w:p>
      <w:r>
        <w:t>L027 congruence and equal distances; L025 perpendicular angles; accurate ruler use.</w:t>
      </w:r>
    </w:p>
    <w:p>
      <w:pPr>
        <w:pStyle w:val="Heading2"/>
      </w:pPr>
      <w:r>
        <w:t>03   Starting-point diagnostic   5 min   Recall</w:t>
      </w:r>
    </w:p>
    <w:p>
      <w:r>
        <w:t>If a midpoint is guessed, demand two pairs of arcs. If distance to a line is slanted, compare it with a perpendicular. If a circle is shaded for exactly 3 cm, distinguish boundary from region. Recheck with the practical sheet.</w:t>
      </w:r>
    </w:p>
    <w:p>
      <w:pPr>
        <w:pStyle w:val="Heading2"/>
      </w:pPr>
      <w:r>
        <w:t>04   See the geometry   2 min   Discover</w:t>
      </w:r>
    </w:p>
    <w:p>
      <w:r>
        <w:t>Equal-radius arcs from endpoints intersect at points equally distant from both endpoints; their joining line is the perpendicular bisector. To bisect an angle, mark equal distances along its rays, then intersect equal-radius arcs from those marks. Congruent triangles explain the equal angles. Distance from a point to a line is measured along a perpendicular.</w:t>
      </w:r>
    </w:p>
    <w:p>
      <w:pPr>
        <w:pStyle w:val="Heading2"/>
      </w:pPr>
      <w:r>
        <w:t>05   Worked example and your turn   3 min   Discover</w:t>
      </w:r>
    </w:p>
    <w:p>
      <w:r>
        <w:t>Line through midpoint at 4 cm, perpendicular to AB, with intersecting arcs. Equal-distance intersections determine the bisector.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06   Worked example and your turn   3 min   Discover</w:t>
      </w:r>
    </w:p>
    <w:p>
      <w:r>
        <w:t>Two 35° angles; construction arcs retained. Protractor makes the starting angle, not the bisector.</w:t>
      </w:r>
    </w:p>
    <w:p>
      <w:pPr>
        <w:pStyle w:val="Heading2"/>
      </w:pPr>
      <w:r>
        <w:t>07   Worked example and your turn   3 min   Discover</w:t>
      </w:r>
    </w:p>
    <w:p>
      <w:r>
        <w:t>Circle centre P, radius 3 cm. Only circumference; no interior shading.</w:t>
      </w:r>
    </w:p>
    <w:p>
      <w:pPr>
        <w:pStyle w:val="Heading2"/>
      </w:pPr>
      <w:r>
        <w:t>08   Worked example and your turn   3 min   Discover</w:t>
      </w:r>
    </w:p>
    <w:p>
      <w:r>
        <w:t>Strip between parallel lines 1 cm each side, including boundaries. Distance measured perpendicular.</w:t>
      </w:r>
    </w:p>
    <w:p>
      <w:pPr>
        <w:pStyle w:val="Heading2"/>
      </w:pPr>
      <w:r>
        <w:t>09   A method you can explain   2 min   Discover</w:t>
      </w:r>
    </w:p>
    <w:p>
      <w:r>
        <w:t>Use a sharp pencil, straightedge and compass; leave arcs visible. For a perpendicular from a point, an arc centred there cuts the line twice; bisect that segment and join to the point. At a point on a line, mark equal distances either side, then use equal arcs. For loci, draw each condition separately and retain their intersection.</w:t>
      </w:r>
    </w:p>
    <w:p>
      <w:pPr>
        <w:pStyle w:val="Heading2"/>
      </w:pPr>
      <w:r>
        <w:t>10   Diagnostic pause   3 min   Apply</w:t>
      </w:r>
    </w:p>
    <w:p>
      <w:r>
        <w:t>Points exactly 3 cm from O form A a disc, B a circle circumference, C a line. Answer B: every point has the same radius.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11   Careful variation   4 min   Apply</w:t>
      </w:r>
    </w:p>
    <w:p>
      <w:r>
        <w:t>Arc from P cuts l at X,Y; bisect XY and draw through P to l. The constructed line is at 90°.</w:t>
      </w:r>
    </w:p>
    <w:p>
      <w:pPr>
        <w:pStyle w:val="Heading2"/>
      </w:pPr>
      <w:r>
        <w:t>12   Independent application   4 min   Apply</w:t>
      </w:r>
    </w:p>
    <w:p>
      <w:r>
        <w:t>Two intersections of radius-4 circles centred A and B. Both conditions must hold.</w:t>
      </w:r>
    </w:p>
    <w:p>
      <w:pPr>
        <w:pStyle w:val="Heading2"/>
      </w:pPr>
      <w:r>
        <w:t>13   Use the method in context   4 min   Apply</w:t>
      </w:r>
    </w:p>
    <w:p>
      <w:r>
        <w:t>Intersect the closed radius-3 disc with the perpendicular bisector of AB. May be a segment, point or empty, depending on positions.</w:t>
      </w:r>
    </w:p>
    <w:p>
      <w:pPr>
        <w:pStyle w:val="Heading2"/>
      </w:pPr>
      <w:r>
        <w:t>14   Intentional practice feedback   2 min   Apply</w:t>
      </w:r>
    </w:p>
    <w:p>
      <w:r>
        <w:t>May be a segment, point or empty, depending on positions. No calculator needed. Practical construction quality is teacher reviewed. Use a ruler to check distances and a protractor to check right angles after constructing; they do not replace compass evidence.</w:t>
      </w:r>
    </w:p>
    <w:p>
      <w:pPr>
        <w:pStyle w:val="Heading2"/>
      </w:pPr>
      <w:r>
        <w:t>15   A claim to test   4 min   Challenge</w:t>
      </w:r>
    </w:p>
    <w:p>
      <w:r>
        <w:t>One equidistant point is insufficient to locate the bisector line; use two intersections, or one and the known midpoint. Joining A is generally wrong. A is not equidistant from itself and B.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16   Deepen the reasoning   4 min   Challenge</w:t>
      </w:r>
    </w:p>
    <w:p>
      <w:r>
        <w:t>None; the two circles are separated since 3+3&lt;8. Maximum total reach is 6 cm.</w:t>
      </w:r>
    </w:p>
    <w:p>
      <w:pPr>
        <w:pStyle w:val="Heading2"/>
      </w:pPr>
      <w:r>
        <w:t>17   Retrieval without notes   2 min   Prove</w:t>
      </w:r>
    </w:p>
    <w:p>
      <w:r>
        <w:t>Answers: 5, 40, 6. Completion is not mastery.</w:t>
      </w:r>
    </w:p>
    <w:p>
      <w:pPr>
        <w:pStyle w:val="Heading2"/>
      </w:pPr>
      <w:r>
        <w:t>18   Retrieval without notes   2 min   Prove</w:t>
      </w:r>
    </w:p>
    <w:p>
      <w:r>
        <w:t>Answers: 90, 2, 0. Completion is not mastery.</w:t>
      </w:r>
    </w:p>
    <w:p>
      <w:pPr>
        <w:pStyle w:val="Heading2"/>
      </w:pPr>
      <w:r>
        <w:t>19   Independent exit evidence   2 min   Prove</w:t>
      </w:r>
    </w:p>
    <w:p>
      <w:r>
        <w:t>Perpendicular to AB B1; passes through midpoint B1. A whole line, not just midpoint.</w:t>
      </w:r>
    </w:p>
    <w:p>
      <w:pPr>
        <w:pStyle w:val="Heading2"/>
      </w:pPr>
      <w:r>
        <w:t>20   Independent exit evidence   3 min   Prove</w:t>
      </w:r>
    </w:p>
    <w:p>
      <w:r>
        <w:t>One B1; circles touch at midpoint because radii sum to separation B1. Teacher reviews reasoning.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21   Feedback and next steps   2 min   Prove</w:t>
      </w:r>
    </w:p>
    <w:p>
      <w:r>
        <w:t>If a midpoint is guessed, demand two pairs of arcs. If distance to a line is slanted, compare it with a perpendicular. If a circle is shaded for exactly 3 cm, distinguish boundary from region. Recheck with the practical sheet.</w:t>
      </w:r>
    </w:p>
    <w:p>
      <w:pPr>
        <w:pStyle w:val="Heading2"/>
      </w:pPr>
      <w:r>
        <w:t>22   Before the next lesson   1 min   Recall</w:t>
      </w:r>
    </w:p>
    <w:p>
      <w:r>
        <w:t>Coordinates record horizontal then vertical displacement. A translation moves every point by the same vector. Reflection preserves perpendicular distance to its mirror line.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L028: Constructions and loci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Use ruler and compass constructions and interpret loci as sets of points satisfying distance conditions.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Construct the perpendicular bisector of an 8 cm segment. How far is its midpoint from either endpoint?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point is 3 cm from A and 4 cm from B. Describe the intersection of its loci.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No calculator needed. Practical construction quality is teacher reviewed. Use a ruler to check distances and a protractor to check right angles after constructing; they do not replace compass evidence..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RFTS-PEARSON-GCSE-MAT-1MA1-GEO-L028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Slide by slide delivery map</dc:title>
  <dc:subject>Constructions and loci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