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Constructions and loci</w:t>
      </w:r>
    </w:p>
    <w:p>
      <w:r>
        <w:t>Pearson Edexcel GCSE Mathematics 1MA1 • L028</w:t>
        <w:br/>
        <w:t>Foundation and Higher • 60 minutes • Lesson resources</w:t>
      </w:r>
    </w:p>
    <w:p>
      <w:r>
        <w:t>REACH FOR THE STAR  |  GCSE MATHEMATICS</w:t>
      </w:r>
    </w:p>
    <w:p>
      <w:r>
        <w:t>Use ruler and compass constructions and interpret loci as sets of points satisfying distance conditions.</w:t>
      </w:r>
    </w:p>
    <w:p>
      <w:r>
        <w:t>No calculator needed. Practical construction quality is teacher reviewed. Use a ruler to check distances and a protractor to check right angles after constructing; they do not replace compass evidence.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Locus: set of all points satisfying a condition. Bisect: divide into two equal parts. Perpendicular bisector: line at 90° through a segment midpoint. Construction arcs: retained compass evidence.</w:t>
      </w:r>
    </w:p>
    <w:p>
      <w:pPr>
        <w:pStyle w:val="Heading2"/>
      </w:pPr>
      <w:r>
        <w:t>R1</w:t>
      </w:r>
    </w:p>
    <w:p>
      <w:r>
        <w:t>How many degrees is a perpendicular angle?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What is half of 8 cm?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Explain equidistant from A and B.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Equal-radius arcs from endpoints intersect at points equally distant from both endpoints; their joining line is the perpendicular bisector. To bisect an angle, mark equal distances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Equal-radius arcs from endpoints intersect at points equally distant from both endpoints; their joining line is the perpendicular bisector. To bisect an angle, mark equal distances along its rays, then intersect equal-radius arcs from those marks. Congruent triangles explain the equal angles. Distance from a point to a line is measured along a perpendicular.</w:t>
      </w:r>
    </w:p>
    <w:p>
      <w:pPr>
        <w:pStyle w:val="Heading2"/>
      </w:pPr>
      <w:r>
        <w:t>D1</w:t>
      </w:r>
    </w:p>
    <w:p>
      <w:r>
        <w:t>Model: draw AB=6 cm; equal arcs of radius greater than 3 cm intersect above and below. Join intersections. Now construct the perpendicular bisector of AB=8 cm.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equal marks on both rays and equal arcs bisect a 60° angle into 30°. Now draw a 70° angle with a protractor, then bisect it using compass arcs.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points exactly 2 cm from O lie on a radius-2 circle. Draw the locus exactly 3 cm from P.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points 2 cm from a straight line form two parallel lines. Draw points no more than 1 cm from a line.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Use a sharp pencil, straightedge and compass; leave arcs visible. For a perpendicular from a point, an arc centred there cuts the line twice; bisect that segment and join to the point. At a point on a line, mark equal distances either side, then use equal arcs. For loci, draw each condition separately and retain their intersection.</w:t>
      </w:r>
    </w:p>
    <w:p>
      <w:pPr>
        <w:pStyle w:val="Heading2"/>
      </w:pPr>
      <w:r>
        <w:t>A1</w:t>
      </w:r>
    </w:p>
    <w:p>
      <w:r>
        <w:t>Use the practical sheet: construct a perpendicular from an off-line point P to line l. Keep arcs and label the foot.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Draw A and B 6 cm apart. Construct points exactly 4 cm from each. How many are there?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sensor must be no more than 3 cm from O and equidistant from A and B. Describe how to construct the permitted set.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Choose a radius reaching across l.</w:t>
      </w:r>
    </w:p>
    <w:p>
      <w:r>
        <w:t>No calculator needed. Practical construction quality is teacher reviewed. Use a ruler to check distances and a protractor to check right angles after constructing; they do not replace compass evidence.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draws one arc intersection and joins it to A to bisect AB. Explain the error.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and B are 8 cm apart. How many points are exactly 3 cm from each?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Arc from P cuts l at X,Y; bisect XY and draw through P to l.</w:t>
      </w:r>
    </w:p>
    <w:p>
      <w:r>
        <w:t>A2: Two intersections of radius-4 circles centred A and B.</w:t>
      </w:r>
    </w:p>
    <w:p>
      <w:r>
        <w:t>A3: Intersect the closed radius-3 disc with the perpendicular bisector of AB.</w:t>
      </w:r>
    </w:p>
    <w:p>
      <w:r>
        <w:t>C1: One equidistant point is insufficient to locate the bisector line; use two intersections, or one and the known midpoint. Joining A is generally wrong.</w:t>
      </w:r>
    </w:p>
    <w:p>
      <w:r>
        <w:t>C2: None; the two circles are separated since 3+3&lt;8.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Midpoint distance for segment 10 cm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Bisect 80°: each angle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Radius 3 cm: diameter in cm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Perpendicular angle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A,B 6 cm apart; radius-4 circles: intersections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A,B 8 cm apart; radius-3 circles: intersections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5; Q2 40; Q3 6; Q4 90; Q5 2; Q6 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Describe the locus equidistant from two fixed points A and B, with both defining properties.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and B are 6 cm apart. How many points are exactly 3 cm from each? Explain.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L029: Coordinates and transformations</w:t>
      </w:r>
    </w:p>
    <w:p>
      <w:pPr>
        <w:pStyle w:val="Heading2"/>
      </w:pPr>
      <w:r>
        <w:t>F1</w:t>
      </w:r>
    </w:p>
    <w:p>
      <w:r>
        <w:t>Tomorrow reconstruct an angle bisector and explain why the arcs match.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L029, plot (2,3) and (−2,3) on a coordinate grid. What line lies halfway between them?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Coordinates record horizontal then vertical displacement. A translation moves every point by the same vector. Reflection preserves perpendicular distance to its mirror line.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Construct the perpendicular bisector of an 8 cm segment. How far is its midpoint from either endpoint?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point is 3 cm from A and 4 cm from B. Describe the intersection of its loci.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L028: Constructions and loci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ruler and compass constructions and interpret loci as sets of points satisfying distance conditions.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Construct the perpendicular bisector of an 8 cm segment. How far is its midpoint from either endpoint?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point is 3 cm from A and 4 cm from B. Describe the intersection of its loci.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Constructions and loci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