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L028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Compasses B1.</w:t>
      </w:r>
    </w:p>
    <w:p>
      <w:pPr>
        <w:pStyle w:val="Heading2"/>
      </w:pPr>
      <w:r>
        <w:t>M2 [1]</w:t>
      </w:r>
    </w:p>
    <w:p>
      <w:r>
        <w:t>25° B1.</w:t>
      </w:r>
    </w:p>
    <w:p>
      <w:pPr>
        <w:pStyle w:val="Heading2"/>
      </w:pPr>
      <w:r>
        <w:t>M3 [1]</w:t>
      </w:r>
    </w:p>
    <w:p>
      <w:r>
        <w:t>90° B1.</w:t>
      </w:r>
    </w:p>
    <w:p>
      <w:pPr>
        <w:pStyle w:val="Heading2"/>
      </w:pPr>
      <w:r>
        <w:t>M4 [2]</w:t>
      </w:r>
    </w:p>
    <w:p>
      <w:r>
        <w:t>Circle centre P B1; radius 2 cm B1.</w:t>
      </w:r>
    </w:p>
    <w:p>
      <w:pPr>
        <w:pStyle w:val="Heading2"/>
      </w:pPr>
      <w:r>
        <w:t>M5 [3]</w:t>
      </w:r>
    </w:p>
    <w:p>
      <w:r>
        <w:t>Two radius-5 circles at A,B B1; choose intersections B1; two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 midpoint is guessed, demand two pairs of arcs. If distance to a line is slanted, compare it with a perpendicular. If a circle is shaded for exactly 3 cm, distinguish boundary from region. Recheck with the practical sheet.</w:t>
      </w:r>
    </w:p>
    <w:p>
      <w:r>
        <w:t>Use fresh questions after a delay. Record support used and the next independent check; a high immediate score alone is not mastery.</w:t>
      </w:r>
    </w:p>
    <w:p>
      <w:r>
        <w:t>AO1 5 + AO2 1 + AO3 2 = 8 marks. Item AO judgements are local and require teacher review. This targeted set does not reproduce whole-paper weightings.</w:t>
      </w:r>
    </w:p>
    <w:p>
      <w:r>
        <w:t>Selected content: G1 G2 G15.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