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L028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Name the tool used to draw equal-radius arcs.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State each angle when 50° is bisected.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State the shortest-direction angle to a straight line.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Describe points exactly 2 cm from P, including centre and radius.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and B are 6 cm apart. Explain how to locate points exactly 5 cm from both and state their number.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