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L029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Reflect (a) (−3,2) in y-axis (b) (4,−5) in x-axis.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Rotate A(1,1), B(3,1), C(1,2) by 90° anticlockwise about origin. State image vertices.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Why is rotate 90° an incomplete description?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Translate A(2,3), B(4,3), C(2,5) by vector (−3,2). Give all three image coordinates.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Coordinates and transformations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