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L029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Translate (1,2) by (3,4).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Reflect (3,−1) in the x-axis.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Rotate (2,5) by 180° about origin.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Reflect (6,3) in x=2 and give a distance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A(1,1), B(2,1), C(1,3) map to (4,−1),(5,−1),(4,1). Describe and verify the transformation.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