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Examination practice solutions</w:t>
      </w:r>
    </w:p>
    <w:p>
      <w:r>
        <w:t>Pearson Edexcel GCSE Mathematics 1MA1 • L029</w:t>
        <w:br/>
        <w:t>10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E1 [2]</w:t>
      </w:r>
    </w:p>
    <w:p>
      <w:r>
        <w:t>(3,2) B1; (4,5) B1.</w:t>
      </w:r>
    </w:p>
    <w:p>
      <w:pPr>
        <w:pStyle w:val="Heading2"/>
      </w:pPr>
      <w:r>
        <w:t>E2 [3]</w:t>
      </w:r>
    </w:p>
    <w:p>
      <w:r>
        <w:t>(−1,1) B1; (−1,3) B1; (−2,1) B1.</w:t>
      </w:r>
    </w:p>
    <w:p>
      <w:pPr>
        <w:pStyle w:val="Heading2"/>
      </w:pPr>
      <w:r>
        <w:t>E3 [2]</w:t>
      </w:r>
    </w:p>
    <w:p>
      <w:r>
        <w:t>Direction missing B1; centre missing B1.</w:t>
      </w:r>
    </w:p>
    <w:p>
      <w:pPr>
        <w:pStyle w:val="Heading2"/>
      </w:pPr>
      <w:r>
        <w:t>E4 [3]</w:t>
      </w:r>
    </w:p>
    <w:p>
      <w:r>
        <w:t>A′(−1,5) B1; B′(1,5) B1; C′(−1,7)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coordinates swap accidentally, read x then y. If reflection across x=1 is treated as x=0, count perpendicular distances. For rotation, use tracing paper and label the centre before turning.</w:t>
      </w:r>
    </w:p>
    <w:p>
      <w:r>
        <w:t>Use fresh questions after a delay. Record support used and the next independent check; a high immediate score alone is not mastery.</w:t>
      </w:r>
    </w:p>
    <w:p>
      <w:r>
        <w:t>AO1 5 + AO2 3 + AO3 2 = 10 marks. Item AO judgements are local and require teacher review. This targeted set does not reproduce whole-paper weightings.</w:t>
      </w:r>
    </w:p>
    <w:p>
      <w:r>
        <w:t>Selected content: A8 G7 G11 G24.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RFTS-PEARSON-GCSE-MAT-1MA1-GEO-L029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Examination practice solutions</dc:title>
  <dc:subject>Coordinates and transformations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