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HIGHER EXTENSION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Combining transformations</w:t>
      </w:r>
    </w:p>
    <w:p>
      <w:r>
        <w:t>Pearson Edexcel GCSE Mathematics 1MA1 • L029</w:t>
        <w:br/>
        <w:t>Higher-only content • 10-minute alternative route • Lesson resources</w:t>
      </w:r>
    </w:p>
    <w:p>
      <w:r>
        <w:t>REACH FOR THE STAR  |  GCSE MATHEMATICS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</w:t>
      </w:r>
    </w:p>
    <w:p>
      <w:pPr>
        <w:pStyle w:val="Heading1"/>
      </w:pPr>
      <w:r>
        <w:t>Discover through a worked example</w:t>
      </w:r>
    </w:p>
    <w:p>
      <w:r>
        <w:t>Reflect P(2,3) in x=0: (−2,3). Then reflect in y=0: (−2,−3). For any point (x,y), the result is (−x,−y), equivalent to a 180° rotation about the origin. Reversing these two perpendicular-axis reflections gives the same result. This does not mean every pair of transformations can be reversed without changing the image.</w:t>
      </w:r>
    </w:p>
    <w:p>
      <w:pPr>
        <w:pStyle w:val="Heading2"/>
      </w:pPr>
      <w:r>
        <w:t>H1</w:t>
      </w:r>
    </w:p>
    <w:p>
      <w:r>
        <w:t>Reflect (4,−1) in x=0 then y=0. Give the intermediate and final coordinates.</w:t>
      </w:r>
    </w:p>
    <w:p>
      <w:r>
        <w:t>Optional scaffold: Change one sign at a time.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H2</w:t>
      </w:r>
    </w:p>
    <w:p>
      <w:r>
        <w:t>Translate (1,2) by (3,0), then reflect in x=0. Now reverse the order. Compare.</w:t>
      </w:r>
    </w:p>
    <w:p>
      <w:r>
        <w:t>Optional scaffold: Record an intermediate point before the second operation.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and prove independently</w:t>
      </w:r>
    </w:p>
    <w:p>
      <w:r>
        <w:t>Four marks. Show working. Your teacher reviews the reasoning; these answers are not automatically marked.</w:t>
      </w:r>
    </w:p>
    <w:p>
      <w:pPr>
        <w:pStyle w:val="Heading2"/>
      </w:pPr>
      <w:r>
        <w:t>HX1</w:t>
      </w:r>
    </w:p>
    <w:p>
      <w:r>
        <w:t>Reflect (3,5) in x=0 and then y=0. Give the final point and one equivalent single transformation.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HX2</w:t>
      </w:r>
    </w:p>
    <w:p>
      <w:r>
        <w:t>Does translating by (2,0) and reflecting in x=0 give the same result in either order? Use (1,1) to justify.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Next step</w:t>
      </w:r>
    </w:p>
    <w:p>
      <w:r>
        <w:t>Record which step needs practice. Retry a fresh example after a delay. A completed task does not establish mastery.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Combining transformations</dc:title>
  <dc:subject>Coordinates and transformations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