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L029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(4,6) B1.</w:t>
      </w:r>
    </w:p>
    <w:p>
      <w:pPr>
        <w:pStyle w:val="Heading2"/>
      </w:pPr>
      <w:r>
        <w:t>M2 [1]</w:t>
      </w:r>
    </w:p>
    <w:p>
      <w:r>
        <w:t>(3,1) B1.</w:t>
      </w:r>
    </w:p>
    <w:p>
      <w:pPr>
        <w:pStyle w:val="Heading2"/>
      </w:pPr>
      <w:r>
        <w:t>M3 [1]</w:t>
      </w:r>
    </w:p>
    <w:p>
      <w:r>
        <w:t>(−2,−5) B1.</w:t>
      </w:r>
    </w:p>
    <w:p>
      <w:pPr>
        <w:pStyle w:val="Heading2"/>
      </w:pPr>
      <w:r>
        <w:t>M4 [2]</w:t>
      </w:r>
    </w:p>
    <w:p>
      <w:r>
        <w:t>(−2,3) B1; both four units from mirror B1.</w:t>
      </w:r>
    </w:p>
    <w:p>
      <w:pPr>
        <w:pStyle w:val="Heading2"/>
      </w:pPr>
      <w:r>
        <w:t>M5 [3]</w:t>
      </w:r>
    </w:p>
    <w:p>
      <w:r>
        <w:t>Translation B1; vector (3,−2) B1; all corresponding vertices same displacement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coordinates swap accidentally, read x then y. If reflection across x=1 is treated as x=0, count perpendicular distances. For rotation, use tracing paper and label the centre before turning.</w:t>
      </w:r>
    </w:p>
    <w:p>
      <w:r>
        <w:t>Use fresh questions after a delay. Record support used and the next independent check; a high immediate score alone is not mastery.</w:t>
      </w:r>
    </w:p>
    <w:p>
      <w:r>
        <w:t>AO1 3 + AO2 3 + AO3 2 = 8 marks. Item AO judgements are local and require teacher review. This targeted set does not reproduce whole-paper weightings.</w:t>
      </w:r>
    </w:p>
    <w:p>
      <w:r>
        <w:t>Selected content: A8 G7 G11 G24.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