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Coordinates and transformations</w:t>
      </w:r>
    </w:p>
    <w:p>
      <w:r>
        <w:t>Pearson Edexcel GCSE Mathematics 1MA1 • L029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29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Use the grid on page 2, one square per unit. Plot A(1,1), B(3,1), C(1,2). Reflect in y=0 and label A′, B′, C′. On a fresh grid rotate the original triangle 90° anticlockwise about the origin. Check with tracing paper and record both sets of coordinates.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</w:tbl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Coordinates and transformations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