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L029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Transform points and shapes by translation, reflection and rotation, and describe each transformation completely.</w:t>
      </w:r>
    </w:p>
    <w:p>
      <w:r>
        <w:t>Four-quadrant coordinates; L025 right angles; L028 perpendicular distances.</w:t>
      </w:r>
    </w:p>
    <w:p>
      <w:r>
        <w:t>Selected specification content: A8 G7 G11 G24.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Prepare rulers, compasses, protractors, tracing paper and the practical drawing sheets. Drawings and constructions require teacher review.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Reflect (3,2) in the y-axis. A (3,−2), B (−3,2), C (2,3). Answer B: horizontal distance changes side.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Left 2. Then up 3.</w:t>
      </w:r>
    </w:p>
    <w:p>
      <w:pPr>
        <w:pStyle w:val="Heading2"/>
      </w:pPr>
      <w:r>
        <w:t>R2</w:t>
      </w:r>
    </w:p>
    <w:p>
      <w:r>
        <w:t>3. Signed addition.</w:t>
      </w:r>
    </w:p>
    <w:p>
      <w:pPr>
        <w:pStyle w:val="Heading2"/>
      </w:pPr>
      <w:r>
        <w:t>R3</w:t>
      </w:r>
    </w:p>
    <w:p>
      <w:r>
        <w:t>90°. One fourth of a full turn.</w:t>
      </w:r>
    </w:p>
    <w:p>
      <w:pPr>
        <w:pStyle w:val="Heading2"/>
      </w:pPr>
      <w:r>
        <w:t>D1</w:t>
      </w:r>
    </w:p>
    <w:p>
      <w:r>
        <w:t>(3,1). Add each component.</w:t>
      </w:r>
    </w:p>
    <w:p>
      <w:pPr>
        <w:pStyle w:val="Heading2"/>
      </w:pPr>
      <w:r>
        <w:t>D2</w:t>
      </w:r>
    </w:p>
    <w:p>
      <w:r>
        <w:t>(4,1). Same y, x changes sign.</w:t>
      </w:r>
    </w:p>
    <w:p>
      <w:pPr>
        <w:pStyle w:val="Heading2"/>
      </w:pPr>
      <w:r>
        <w:t>D3</w:t>
      </w:r>
    </w:p>
    <w:p>
      <w:r>
        <w:t>(−1,−1). Each x is two units from 1.</w:t>
      </w:r>
    </w:p>
    <w:p>
      <w:pPr>
        <w:pStyle w:val="Heading2"/>
      </w:pPr>
      <w:r>
        <w:t>D4</w:t>
      </w:r>
    </w:p>
    <w:p>
      <w:r>
        <w:t>(2,3). Rule (x,y)→(−y,x) for this centre and direction.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(5,−1); (2,2); (5,2). Each vector acts on the original.</w:t>
      </w:r>
    </w:p>
    <w:p>
      <w:pPr>
        <w:pStyle w:val="Heading2"/>
      </w:pPr>
      <w:r>
        <w:t>A2</w:t>
      </w:r>
    </w:p>
    <w:p>
      <w:r>
        <w:t>A′(1,−1), B′(3,−1), C′(1,−2); AB=A′B′=2. Reflection reverses vertical sign.</w:t>
      </w:r>
    </w:p>
    <w:p>
      <w:pPr>
        <w:pStyle w:val="Heading2"/>
      </w:pPr>
      <w:r>
        <w:t>A3</w:t>
      </w:r>
    </w:p>
    <w:p>
      <w:r>
        <w:t>Translation vector (−2,3). All three displacements agree.</w:t>
      </w:r>
    </w:p>
    <w:p>
      <w:pPr>
        <w:pStyle w:val="Heading2"/>
      </w:pPr>
      <w:r>
        <w:t>C1</w:t>
      </w:r>
    </w:p>
    <w:p>
      <w:r>
        <w:t>No; its perpendicular distance is zero. It is a fixed point.</w:t>
      </w:r>
    </w:p>
    <w:p>
      <w:pPr>
        <w:pStyle w:val="Heading2"/>
      </w:pPr>
      <w:r>
        <w:t>C2</w:t>
      </w:r>
    </w:p>
    <w:p>
      <w:r>
        <w:t>Clockwise (3,−2); anticlockwise (−3,2). They are different images. A complete rotation description needs centre, angle and direction.</w:t>
      </w:r>
    </w:p>
    <w:p>
      <w:r>
        <w:t>Calculator guidance: No calculator needed. Check each coordinate separately; use squared distance from the centre if verifying a rotation numerically, but do not rely on a single vertex to describe a whole shape.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(−1,−2) B1; both three units from x=2 B1. y unchanged.</w:t>
      </w:r>
    </w:p>
    <w:p>
      <w:pPr>
        <w:pStyle w:val="Heading2"/>
      </w:pPr>
      <w:r>
        <w:t>P2</w:t>
      </w:r>
    </w:p>
    <w:p>
      <w:r>
        <w:t>(4,−2) B1; (x,y)→(y,−x) B1. Direction matters.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(1,−3). Add components.</w:t>
      </w:r>
    </w:p>
    <w:p>
      <w:pPr>
        <w:pStyle w:val="Heading2"/>
      </w:pPr>
      <w:r>
        <w:t>F2</w:t>
      </w:r>
    </w:p>
    <w:p>
      <w:r>
        <w:t>(4,2). Multiply both coordinates by 2.</w:t>
      </w:r>
    </w:p>
    <w:p>
      <w:r>
        <w:t>Retrieval answers: 3, 1, -2, 3, 180, 68.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coordinates swap accidentally, read x then y. If reflection across x=1 is treated as x=0, count perpendicular distances. For rotation, use tracing paper and label the centre before turning.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Translate (−3,4) by (5,−7) and reflect the result in the x-axis.</w:t>
      </w:r>
    </w:p>
    <w:p>
      <w:r>
        <w:rPr>
          <w:b/>
        </w:rPr>
        <w:t xml:space="preserve">Answer and reasoning: </w:t>
      </w:r>
      <w:r>
        <w:t>Translation gives (2,−3); reflection gives (2,3).</w:t>
      </w:r>
    </w:p>
    <w:p>
      <w:pPr>
        <w:pStyle w:val="Heading2"/>
      </w:pPr>
      <w:r>
        <w:t>Deep challenge</w:t>
      </w:r>
    </w:p>
    <w:p>
      <w:r>
        <w:t>Do reflection and translation always commute? Use a point and transformations as a counterexample.</w:t>
      </w:r>
    </w:p>
    <w:p>
      <w:r>
        <w:rPr>
          <w:b/>
        </w:rPr>
        <w:t xml:space="preserve">Answer and reasoning: </w:t>
      </w:r>
      <w:r>
        <w:t>No. Reflect (1,1) in y-axis then translate (2,0) gives (1,1); reverse order gives (−3,1).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L029: Coordinates and transformations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Transform points and shapes by translation, reflection and rotation, and describe each transformation completely.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Translate (−3,4) by (5,−7) and reflect the result in the x-axis.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Do reflection and translation always commute? Use a point and transformations as a counterexample.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 calculator needed. Check each coordinate separately; use squared distance from the centre if verifying a rotation numerically, but do not rely on a single vertex to describe a whole shape..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Coordinates and transformations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