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L030</w:t>
        <w:br/>
        <w:t>26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Enlargement and scale factors   1 min   Recall</w:t>
      </w:r>
    </w:p>
    <w:p>
      <w:r>
        <w:t>Enlarge shapes from a stated centre, including positive fractional factors, and explain how centre and factor determine the image.</w:t>
      </w:r>
    </w:p>
    <w:p>
      <w:pPr>
        <w:pStyle w:val="Heading2"/>
      </w:pPr>
      <w:r>
        <w:t>02   The goal and the evidence   1 min   Recall</w:t>
      </w:r>
    </w:p>
    <w:p>
      <w:r>
        <w:t>L029 coordinates and transformations; L014 scale factors; fractions.</w:t>
      </w:r>
    </w:p>
    <w:p>
      <w:pPr>
        <w:pStyle w:val="Heading2"/>
      </w:pPr>
      <w:r>
        <w:t>03   Starting-point diagnostic   5 min   Recall</w:t>
      </w:r>
    </w:p>
    <w:p>
      <w:r>
        <w:t>If all coordinates are multiplied when the centre is not origin, first mark the displacement from the actual centre. If a half factor is called impossible, compare same ray distances. Recheck C(1,1), P(3,1), k=2 → (5,1).</w:t>
      </w:r>
    </w:p>
    <w:p>
      <w:pPr>
        <w:pStyle w:val="Heading2"/>
      </w:pPr>
      <w:r>
        <w:t>04   See the geometry   2 min   Discover</w:t>
      </w:r>
    </w:p>
    <w:p>
      <w:r>
        <w:t>For centre C and point P, the image lies k times as far along the ray CP for positive k. In coordinates P′=C+k(P−C). Subtract the centre, multiply the displacement, then add the centre back. A factor between 0 and 1 makes the image smaller; k=1 leaves it unchanged.</w:t>
      </w:r>
    </w:p>
    <w:p>
      <w:pPr>
        <w:pStyle w:val="Heading2"/>
      </w:pPr>
      <w:r>
        <w:t>05   Worked example and your turn   3 min   Discover</w:t>
      </w:r>
    </w:p>
    <w:p>
      <w:r>
        <w:t>(9,6). Multiply both coordinates.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(4,3). Same ray, half the distance.</w:t>
      </w:r>
    </w:p>
    <w:p>
      <w:pPr>
        <w:pStyle w:val="Heading2"/>
      </w:pPr>
      <w:r>
        <w:t>07   Worked example and your turn   3 min   Discover</w:t>
      </w:r>
    </w:p>
    <w:p>
      <w:r>
        <w:t>P′(3,5). Displacement (1,2) doubles to (2,4).</w:t>
      </w:r>
    </w:p>
    <w:p>
      <w:pPr>
        <w:pStyle w:val="Heading2"/>
      </w:pPr>
      <w:r>
        <w:t>08   Worked example and your turn   3 min   Discover</w:t>
      </w:r>
    </w:p>
    <w:p>
      <w:r>
        <w:t>k=1.5; 6 cm. 9÷6=1.5, then 4×1.5.</w:t>
      </w:r>
    </w:p>
    <w:p>
      <w:pPr>
        <w:pStyle w:val="Heading2"/>
      </w:pPr>
      <w:r>
        <w:t>09   A method you can explain   2 min   Discover</w:t>
      </w:r>
    </w:p>
    <w:p>
      <w:r>
        <w:t>Draw rays from the centre through vertices. Multiply each centre-to-vertex distance by k; join images in order. Check a side-length ratio and one ray. The centre remains fixed.</w:t>
      </w:r>
    </w:p>
    <w:p>
      <w:pPr>
        <w:pStyle w:val="Heading2"/>
      </w:pPr>
      <w:r>
        <w:t>10   Diagnostic pause   3 min   Apply</w:t>
      </w:r>
    </w:p>
    <w:p>
      <w:r>
        <w:t>Centre (1,1), point (3,1), factor 2. Image A (6,2), B (5,1), C (4,1). Answer B: double displacement (2,0), then add centre.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(8,4); (4,2); (2,1). Same ray; distances scale.</w:t>
      </w:r>
    </w:p>
    <w:p>
      <w:pPr>
        <w:pStyle w:val="Heading2"/>
      </w:pPr>
      <w:r>
        <w:t>12   Independent application   4 min   Apply</w:t>
      </w:r>
    </w:p>
    <w:p>
      <w:r>
        <w:t>(2,2),(6,2),(2,4); horizontal side 2→4. All displacements double.</w:t>
      </w:r>
    </w:p>
    <w:p>
      <w:pPr>
        <w:pStyle w:val="Heading2"/>
      </w:pPr>
      <w:r>
        <w:t>13   Use the method in context   4 min   Apply</w:t>
      </w:r>
    </w:p>
    <w:p>
      <w:r>
        <w:t>P′(1.5,1), Q′(2.5,1), R′(1.5,2). Halve centre-relative displacements.</w:t>
      </w:r>
    </w:p>
    <w:p>
      <w:pPr>
        <w:pStyle w:val="Heading2"/>
      </w:pPr>
      <w:r>
        <w:t>14   Intentional practice feedback   2 min   Apply</w:t>
      </w:r>
    </w:p>
    <w:p>
      <w:r>
        <w:t>Halve centre-relative displacements. Optional check: for C(1,1), P(2,3), k=2, calculate 1+2×(2−1) and 1+2×(3−1). Expect 3 and 5. Brackets preserve the displacement calculation.</w:t>
      </w:r>
    </w:p>
    <w:p>
      <w:pPr>
        <w:pStyle w:val="Heading2"/>
      </w:pPr>
      <w:r>
        <w:t>15   A claim to test   4 min   Challenge</w:t>
      </w:r>
    </w:p>
    <w:p>
      <w:r>
        <w:t>Enlargement preserves angles; it halves lengths from the centre and side lengths. Shape remains similar.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12 cm; divide 9 by 3/4. A positive factor below 1 reduces each length. Check 12×3/4=9.</w:t>
      </w:r>
    </w:p>
    <w:p>
      <w:pPr>
        <w:pStyle w:val="Heading2"/>
      </w:pPr>
      <w:r>
        <w:t>17   Retrieval without notes   2 min   Prove</w:t>
      </w:r>
    </w:p>
    <w:p>
      <w:r>
        <w:t>Answers: 6, 3, 2.5. Completion is not mastery.</w:t>
      </w:r>
    </w:p>
    <w:p>
      <w:pPr>
        <w:pStyle w:val="Heading2"/>
      </w:pPr>
      <w:r>
        <w:t>18   Retrieval without notes   2 min   Prove</w:t>
      </w:r>
    </w:p>
    <w:p>
      <w:r>
        <w:t>Answers: 3, 5, 6. Completion is not mastery.</w:t>
      </w:r>
    </w:p>
    <w:p>
      <w:pPr>
        <w:pStyle w:val="Heading2"/>
      </w:pPr>
      <w:r>
        <w:t>19   Independent exit evidence   2 min   Prove</w:t>
      </w:r>
    </w:p>
    <w:p>
      <w:r>
        <w:t>P−C=(1,2), doubled (2,4) M1; P′(3,5) A1. Add centre back.</w:t>
      </w:r>
    </w:p>
    <w:p>
      <w:pPr>
        <w:pStyle w:val="Heading2"/>
      </w:pPr>
      <w:r>
        <w:t>20   Independent exit evidence   3 min   Prove</w:t>
      </w:r>
    </w:p>
    <w:p>
      <w:r>
        <w:t>0.4 B1; 6 cm B1. Use image/object.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Feedback and next steps   2 min   Prove</w:t>
      </w:r>
    </w:p>
    <w:p>
      <w:r>
        <w:t>If all coordinates are multiplied when the centre is not origin, first mark the displacement from the actual centre. If a half factor is called impossible, compare same ray distances. Recheck C(1,1), P(3,1), k=2 → (5,1).</w:t>
      </w:r>
    </w:p>
    <w:p>
      <w:pPr>
        <w:pStyle w:val="Heading2"/>
      </w:pPr>
      <w:r>
        <w:t>22   Before the next lesson   1 min   Recall</w:t>
      </w:r>
    </w:p>
    <w:p>
      <w:r>
        <w:t>A bearing is measured clockwise from north at the starting point and written using three digits. Scale drawings convert real distances to paper lengths using a consistent scale.</w:t>
      </w:r>
    </w:p>
    <w:p>
      <w:pPr>
        <w:pStyle w:val="Heading2"/>
      </w:pPr>
      <w:r>
        <w:t>23   Negative enlargement   alternative   Higher alternative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 A negative factor puts the image on the opposite side of the centre. For centre C(1,1), point P(3,2) and factor −2, the displacement P−C=(2,1). Multiply by −2 to get (−4,−2), then add C: P′=(−3,−1). The distance from C doubles; the direction reverses. Use each vertex separately and check a side-length ratio of 2.</w:t>
      </w:r>
    </w:p>
    <w:p>
      <w:pPr>
        <w:pStyle w:val="Heading2"/>
      </w:pPr>
      <w:r>
        <w:t>24   Reverse direction from the centre   alternative   Higher alternative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 A negative factor reverses the direction from the centre, not the sign of a physical length. Use |k| for length ratios. Factor −1 is a half-turn about the centre, not a reflection in a line.</w:t>
      </w:r>
    </w:p>
    <w:p>
      <w:pPr>
        <w:pStyle w:val="Heading2"/>
      </w:pPr>
      <w:r>
        <w:t>25   Independent Higher evidence   alternative   Higher alternative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 (2,3)×−2=(−4,−6) M1; image (−3,−5) A1.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26   Independent Higher evidence   alternative   Higher alternative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 Lengths remain positive/equal to original B1; image is on opposite side of centre at equal distance B1.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L030: Enlargement and scale factors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Enlarge shapes from a stated centre, including positive fractional factors, and explain how centre and factor determine the image.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Enlarge a rectangle 3 cm by 5 cm by factor 2.5. Find new area.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An enlargement factor is −2 about the origin. Where does (3,−4) map, and what happens to orientation?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Optional check: for C(1,1), P(2,3), k=2, calculate 1+2×(2−1) and 1+2×(3−1). Expect 3 and 5. Brackets preserve the displacement calculation..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Enlargement and scale factors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