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L030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Centre origin: find images of (a) (2,3) at k=2 (b) (6,4) at k=1/2.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Enlarge (2,2),(4,2),(2,4) by k=2 about (1,1). Give the image vertices.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Explain why multiplying coordinates directly fails for a general non-origin centre.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Side 8 cm becomes 6 cm. Find factor, image of 12 cm, and factor that reverses the enlargement.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Enlargement and scale factors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