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L030</w:t>
        <w:br/>
        <w:t>10 minutes • Lesson resources</w:t>
      </w:r>
    </w:p>
    <w:p>
      <w:r>
        <w:t>REACH FOR THE STAR  |  GCSE MATHEMATICS</w:t>
      </w:r>
    </w:p>
    <w:p>
      <w:r>
        <w:t>L031: Bearings and scale drawings</w:t>
      </w:r>
    </w:p>
    <w:p>
      <w:pPr>
        <w:pStyle w:val="Heading2"/>
      </w:pPr>
      <w:r>
        <w:t>F1</w:t>
      </w:r>
    </w:p>
    <w:p>
      <w:r>
        <w:t>Tomorrow enlarge (6,8) by 1/2 about origin.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L031, convert 2 km to cm and find 1 cm on a 1:50 000 map in metres.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 bearing is measured clockwise from north at the starting point and written using three digits. Scale drawings convert real distances to paper lengths using a consistent scale.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