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HIGHER EXTENSION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Negative scale factors</w:t>
      </w:r>
    </w:p>
    <w:p>
      <w:r>
        <w:t>Pearson Edexcel GCSE Mathematics 1MA1 • L030</w:t>
        <w:br/>
        <w:t>Higher-only content • 10-minute alternative route • Lesson resources</w:t>
      </w:r>
    </w:p>
    <w:p>
      <w:r>
        <w:t>REACH FOR THE STAR  |  GCSE MATHEMATICS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</w:t>
      </w:r>
    </w:p>
    <w:p>
      <w:pPr>
        <w:pStyle w:val="Heading1"/>
      </w:pPr>
      <w:r>
        <w:t>Discover through a worked example</w:t>
      </w:r>
    </w:p>
    <w:p>
      <w:r>
        <w:t>A negative factor puts the image on the opposite side of the centre. For centre C(1,1), point P(3,2) and factor −2, the displacement P−C=(2,1). Multiply by −2 to get (−4,−2), then add C: P′=(−3,−1). The distance from C doubles; the direction reverses. Use each vertex separately and check a side-length ratio of 2.</w:t>
      </w:r>
    </w:p>
    <w:p>
      <w:pPr>
        <w:pStyle w:val="Heading2"/>
      </w:pPr>
      <w:r>
        <w:t>H1</w:t>
      </w:r>
    </w:p>
    <w:p>
      <w:r>
        <w:t>Centre (0,0), P(2,−3), factor −1. Find P′ and describe its position.</w:t>
      </w:r>
    </w:p>
    <w:p>
      <w:r>
        <w:t>Optional scaffold: Multiply both displacements by −1.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H2</w:t>
      </w:r>
    </w:p>
    <w:p>
      <w:r>
        <w:t>Centre (1,1), P(5,3), factor −1/2. Find P′.</w:t>
      </w:r>
    </w:p>
    <w:p>
      <w:r>
        <w:t>Optional scaffold: Subtract the centre first, then add it back.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and prove independently</w:t>
      </w:r>
    </w:p>
    <w:p>
      <w:r>
        <w:t>Four marks. Show working. Your teacher reviews the reasoning; these answers are not automatically marked.</w:t>
      </w:r>
    </w:p>
    <w:p>
      <w:pPr>
        <w:pStyle w:val="Heading2"/>
      </w:pPr>
      <w:r>
        <w:t>HX1</w:t>
      </w:r>
    </w:p>
    <w:p>
      <w:r>
        <w:t>Enlarge P(3,4) about C(1,1) by factor −2. Show the displacement and image.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HX2</w:t>
      </w:r>
    </w:p>
    <w:p>
      <w:r>
        <w:t>A pupil says factor −1 makes lengths negative. Explain the error and describe the image position.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Next step</w:t>
      </w:r>
    </w:p>
    <w:p>
      <w:r>
        <w:t>Record which step needs practice. Retry a fresh example after a delay. A completed task does not establish mastery.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RFTS-PEARSON-GCSE-MAT-1MA1-GEO-L030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Negative scale factors</dc:title>
  <dc:subject>Enlargement and scale factors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