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Enlargement and scale factors</w:t>
      </w:r>
    </w:p>
    <w:p>
      <w:r>
        <w:t>Pearson Edexcel GCSE Mathematics 1MA1 • L030</w:t>
        <w:br/>
        <w:t>Foundation and Higher • 60 minutes • Lesson resources</w:t>
      </w:r>
    </w:p>
    <w:p>
      <w:r>
        <w:t>REACH FOR THE STAR  |  GCSE MATHEMATICS</w:t>
      </w:r>
    </w:p>
    <w:p>
      <w:r>
        <w:t>Enlarge shapes from a stated centre, including positive fractional factors, and explain how centre and factor determine the image.</w:t>
      </w:r>
    </w:p>
    <w:p>
      <w:r>
        <w:t>Optional check: for C(1,1), P(2,3), k=2, calculate 1+2×(2−1) and 1+2×(3−1). Expect 3 and 5. Brackets preserve the displacement calculation.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Centre: fixed point from which displacements are scaled. Scale factor k: multiplier of directed distances from the centre. Similar: same shape, with corresponding lengths proportional.</w:t>
      </w:r>
    </w:p>
    <w:p>
      <w:pPr>
        <w:pStyle w:val="Heading2"/>
      </w:pPr>
      <w:r>
        <w:t>R1</w:t>
      </w:r>
    </w:p>
    <w:p>
      <w:r>
        <w:t>Find half of 6.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Translate (1,1) by (2,3).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A side grows from 3 cm to 9 cm. Find the multiplier.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For centre C and point P, the image lies k times as far along the ray CP for positive k. In coordinates P′=C+k(P−C). Subtract the centre, multiply the displacement, then add the ce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For centre C and point P, the image lies k times as far along the ray CP for positive k. In coordinates P′=C+k(P−C). Subtract the centre, multiply the displacement, then add the centre back. A factor between 0 and 1 makes the image smaller; k=1 leaves it unchanged.</w:t>
      </w:r>
    </w:p>
    <w:p>
      <w:pPr>
        <w:pStyle w:val="Heading2"/>
      </w:pPr>
      <w:r>
        <w:t>D1</w:t>
      </w:r>
    </w:p>
    <w:p>
      <w:r>
        <w:t>Model: centre origin, k=2 sends (2,1) to (4,2). Enlarge (3,2) by k=3 about origin.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centre origin, k=1/2 sends (6,4) to (3,2). Enlarge (8,6) by k=1/2.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C(1,1), P(3,1), k=2 gives P′(5,1). Now C(1,1), P(2,3), k=2.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side 4→10 gives k=2.5. A matching side is 6→9. Find k and the image of a 4 cm side.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Draw rays from the centre through vertices. Multiply each centre-to-vertex distance by k; join images in order. Check a side-length ratio and one ray. The centre remains fixed.</w:t>
      </w:r>
    </w:p>
    <w:p>
      <w:pPr>
        <w:pStyle w:val="Heading2"/>
      </w:pPr>
      <w:r>
        <w:t>A1</w:t>
      </w:r>
    </w:p>
    <w:p>
      <w:r>
        <w:t>Centre origin: enlarge (4,2) with k=2, k=1, k=1/2. Compare positions.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Triangle (1,1),(3,1),(1,2), centre origin, k=2. Give image vertices and a side-length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Centre C(1,1), triangle P(2,1),Q(4,1),R(2,3), k=1/2. Find all image vertices.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Multiply from the same centre.</w:t>
      </w:r>
    </w:p>
    <w:p>
      <w:r>
        <w:t>Optional check: for C(1,1), P(2,3), k=2, calculate 1+2×(2−1) and 1+2×(3−1). Expect 3 and 5. Brackets preserve the displacement calculation.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factor 1/2 makes every angle half as large. Explain the error.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shape is enlarged by factor 3/4. Its image has a side of length 9 cm. Find the original side and explain why it must be longer.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(8,4); (4,2); (2,1).</w:t>
      </w:r>
    </w:p>
    <w:p>
      <w:r>
        <w:t>A2: (2,2),(6,2),(2,4); horizontal side 2→4.</w:t>
      </w:r>
    </w:p>
    <w:p>
      <w:r>
        <w:t>A3: P′(1.5,1), Q′(2.5,1), R′(1.5,2).</w:t>
      </w:r>
    </w:p>
    <w:p>
      <w:r>
        <w:t>C1: Enlargement preserves angles; it halves lengths from the centre and side lengths.</w:t>
      </w:r>
    </w:p>
    <w:p>
      <w:r>
        <w:t>C2: 12 cm; divide 9 by 3/4. A positive factor below 1 reduces each length.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x of (3,2), origin, factor 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y of (8,6), origin, factor 1/2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Factor for side 4→10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Image length of 12 at factor 1/4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x of P(3,1), centre (1,1), factor 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Original length if image is 3 and factor 1/2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6; Q2 3; Q3 2.5; Q4 3; Q5 5; Q6 6.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Enlarge P(2,3) by factor 2 about C(1,1), showing displacement.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 10 cm side becomes 4 cm. Find the scale factor and the image of a 15 cm side.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L031: Bearings and scale drawings</w:t>
      </w:r>
    </w:p>
    <w:p>
      <w:pPr>
        <w:pStyle w:val="Heading2"/>
      </w:pPr>
      <w:r>
        <w:t>F1</w:t>
      </w:r>
    </w:p>
    <w:p>
      <w:r>
        <w:t>Tomorrow enlarge (6,8) by 1/2 about origin.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L031, convert 2 km to cm and find 1 cm on a 1:50 000 map in metres.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bearing is measured clockwise from north at the starting point and written using three digits. Scale drawings convert real distances to paper lengths using a consistent scale.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Enlarge a rectangle 3 cm by 5 cm by factor 2.5. Find new area.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An enlargement factor is −2 about the origin. Where does (3,−4) map, and what happens to orientation?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L030: Enlargement and scale factors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Enlarge shapes from a stated centre, including positive fractional factors, and explain how centre and factor determine the image.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Enlarge a rectangle 3 cm by 5 cm by factor 2.5. Find new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An enlargement factor is −2 about the origin. Where does (3,−4) map, and what happens to orientation?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Enlargement and scale factors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