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Formative mini test</w:t>
      </w:r>
    </w:p>
    <w:p>
      <w:r>
        <w:t>Pearson Edexcel GCSE Mathematics 1MA1 • L030</w:t>
        <w:br/>
        <w:t>8 marks • 10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Use after a delay as a classroom diagnostic.</w:t>
      </w:r>
    </w:p>
    <w:p>
      <w:pPr>
        <w:pStyle w:val="Heading2"/>
      </w:pPr>
      <w:r>
        <w:t>M1   Enlarge (2,4) by factor 2 about origin.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M2   Find the factor for corresponding sides 6→3 cm.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M3   State what happens to angles in an enlargement.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M4   Enlarge (3,2) by 3 about (1,1), showing displacement.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M5   A diagram side 5 cm represents 20 cm. Find the factor, image of a 7 cm side and an inverse check.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RFTS-PEARSON-GCSE-MAT-1MA1-GEO-L030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Formative mini test</dc:title>
  <dc:subject>Enlargement and scale factors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