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Enlargement and scale factors</w:t>
      </w:r>
    </w:p>
    <w:p>
      <w:r>
        <w:t>Pearson Edexcel GCSE Mathematics 1MA1 • L030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0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Use one square per unit. Plot centre C(1,1) and triangle P(2,1), Q(4,1), R(2,3). Enlarge by scale factor 1/2 about C. Draw rays and label image vertices. Explain why simply halving each coordinate would use the wrong centre.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  <w:tc>
          <w:tcPr>
            <w:tcW w:type="dxa" w:w="432"/>
            <w:tcBorders>
              <w:top w:val="single" w:sz="4" w:color="9DAAB3"/>
              <w:left w:val="single" w:sz="4" w:color="9DAAB3"/>
              <w:bottom w:val="single" w:sz="4" w:color="9DAAB3"/>
              <w:right w:val="single" w:sz="4" w:color="9DAAB3"/>
            </w:tcBorders>
          </w:tcPr>
          <w:p>
            <w:pPr>
              <w:spacing w:after="0"/>
            </w:pPr>
          </w:p>
        </w:tc>
      </w:tr>
    </w:tbl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Enlargement and scale factors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