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L031</w:t>
        <w:br/>
        <w:t>22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Bearings and scale drawings   1 min   Recall</w:t>
      </w:r>
    </w:p>
    <w:p>
      <w:r>
        <w:t>Interpret three-figure bearings and construct scale drawings with accurate distance and direction.</w:t>
      </w:r>
    </w:p>
    <w:p>
      <w:pPr>
        <w:pStyle w:val="Heading2"/>
      </w:pPr>
      <w:r>
        <w:t>02   The goal and the evidence   1 min   Recall</w:t>
      </w:r>
    </w:p>
    <w:p>
      <w:r>
        <w:t>L025 parallel-angle facts; L014 scales; ruler and protractor skills.</w:t>
      </w:r>
    </w:p>
    <w:p>
      <w:pPr>
        <w:pStyle w:val="Heading2"/>
      </w:pPr>
      <w:r>
        <w:t>03   Starting-point diagnostic   5 min   Recall</w:t>
      </w:r>
    </w:p>
    <w:p>
      <w:r>
        <w:t>If a protractor starts at east, mark north before measuring. If reverse bearing is 360−b, use a north-east route and draw its south-west return. If 1:50 000 is read as metres, label both scale lengths in centimetres.</w:t>
      </w:r>
    </w:p>
    <w:p>
      <w:pPr>
        <w:pStyle w:val="Heading2"/>
      </w:pPr>
      <w:r>
        <w:t>04   See the geometry   2 min   Discover</w:t>
      </w:r>
    </w:p>
    <w:p>
      <w:r>
        <w:t>Parallel north lines mean reversing a route changes the bearing by 180°, wrapping within 000° to 359°. A bearing of 060° is clockwise from north, not from east. At scale 1 cm:2 km, a 6 km route is drawn 3 cm long. Use the same units when writing a ratio scale.</w:t>
      </w:r>
    </w:p>
    <w:p>
      <w:pPr>
        <w:pStyle w:val="Heading2"/>
      </w:pPr>
      <w:r>
        <w:t>05   Worked example and your turn   3 min   Discover</w:t>
      </w:r>
    </w:p>
    <w:p>
      <w:r>
        <w:t>180°; 270°. Clockwise from north.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305°. 125+180.</w:t>
      </w:r>
    </w:p>
    <w:p>
      <w:pPr>
        <w:pStyle w:val="Heading2"/>
      </w:pPr>
      <w:r>
        <w:t>07   Worked example and your turn   3 min   Discover</w:t>
      </w:r>
    </w:p>
    <w:p>
      <w:r>
        <w:t>130°. 310−180.</w:t>
      </w:r>
    </w:p>
    <w:p>
      <w:pPr>
        <w:pStyle w:val="Heading2"/>
      </w:pPr>
      <w:r>
        <w:t>08   Worked example and your turn   3 min   Discover</w:t>
      </w:r>
    </w:p>
    <w:p>
      <w:r>
        <w:t>4 cm line at 060° from a north arrow. Distance conversion and bearing are separate.</w:t>
      </w:r>
    </w:p>
    <w:p>
      <w:pPr>
        <w:pStyle w:val="Heading2"/>
      </w:pPr>
      <w:r>
        <w:t>09   A method you can explain   2 min   Discover</w:t>
      </w:r>
    </w:p>
    <w:p>
      <w:r>
        <w:t>Mark the start, north arrow and clockwise bearing. Convert distance to drawing length. Draw and label the endpoint. To reverse, add or subtract 180°. Check quadrant and real-distance conversion.</w:t>
      </w:r>
    </w:p>
    <w:p>
      <w:pPr>
        <w:pStyle w:val="Heading2"/>
      </w:pPr>
      <w:r>
        <w:t>10   Diagnostic pause   3 min   Apply</w:t>
      </w:r>
    </w:p>
    <w:p>
      <w:r>
        <w:t>Bearing from A to B is 070°. Bearing B to A? A 110°, B 250°, C 290°. Answer B: add 180°.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2, 3 and 5 cm. Real distance divided by two.</w:t>
      </w:r>
    </w:p>
    <w:p>
      <w:pPr>
        <w:pStyle w:val="Heading2"/>
      </w:pPr>
      <w:r>
        <w:t>12   Independent application   4 min   Apply</w:t>
      </w:r>
    </w:p>
    <w:p>
      <w:r>
        <w:t>3.6 km. 7.2×50000=360000 cm=3.6 km.</w:t>
      </w:r>
    </w:p>
    <w:p>
      <w:pPr>
        <w:pStyle w:val="Heading2"/>
      </w:pPr>
      <w:r>
        <w:t>13   Use the method in context   4 min   Apply</w:t>
      </w:r>
    </w:p>
    <w:p>
      <w:r>
        <w:t>About 7.2 km and 056°. Teacher accepts reasonable drawing estimates: 7.0–7.4 km, 054°–058° for this classroom task.</w:t>
      </w:r>
    </w:p>
    <w:p>
      <w:pPr>
        <w:pStyle w:val="Heading2"/>
      </w:pPr>
      <w:r>
        <w:t>14   Intentional practice feedback   2 min   Apply</w:t>
      </w:r>
    </w:p>
    <w:p>
      <w:r>
        <w:t>Teacher accepts reasonable drawing estimates: 7.0–7.4 km, 054°–058° for this classroom task. Optional numerical check for A3 only: sqrt(6²+4²) is about 7.21 km; this Pythagoras method is taught later. Use drawing as the core method. Numeric retrieval accepts 90 for 090; the teacher checks three-figure bearing notation.</w:t>
      </w:r>
    </w:p>
    <w:p>
      <w:pPr>
        <w:pStyle w:val="Heading2"/>
      </w:pPr>
      <w:r>
        <w:t>15   A claim to test   4 min   Challenge</w:t>
      </w:r>
    </w:p>
    <w:p>
      <w:r>
        <w:t>070° points north-east; its return is south-west at 250°. 290° is north-west, not opposite. A reverse route differs by 180°.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No; uniform scaling preserves angles. Length on first drawing is twice the second. Allow small measuring error.</w:t>
      </w:r>
    </w:p>
    <w:p>
      <w:pPr>
        <w:pStyle w:val="Heading2"/>
      </w:pPr>
      <w:r>
        <w:t>17   Retrieval without notes   2 min   Prove</w:t>
      </w:r>
    </w:p>
    <w:p>
      <w:r>
        <w:t>Answers: 90, 250, 130. Completion is not mastery.</w:t>
      </w:r>
    </w:p>
    <w:p>
      <w:pPr>
        <w:pStyle w:val="Heading2"/>
      </w:pPr>
      <w:r>
        <w:t>18   Retrieval without notes   2 min   Prove</w:t>
      </w:r>
    </w:p>
    <w:p>
      <w:r>
        <w:t>Answers: 8, 5, 2500. Completion is not mastery.</w:t>
      </w:r>
    </w:p>
    <w:p>
      <w:pPr>
        <w:pStyle w:val="Heading2"/>
      </w:pPr>
      <w:r>
        <w:t>19   Independent exit evidence   2 min   Prove</w:t>
      </w:r>
    </w:p>
    <w:p>
      <w:r>
        <w:t>065° B1; subtract 180° for opposite direction B1. Require three digits in written work.</w:t>
      </w:r>
    </w:p>
    <w:p>
      <w:pPr>
        <w:pStyle w:val="Heading2"/>
      </w:pPr>
      <w:r>
        <w:t>20   Independent exit evidence   3 min   Prove</w:t>
      </w:r>
    </w:p>
    <w:p>
      <w:r>
        <w:t>8×25000=200000 cm M1; 2 km A1. 100000 cm per km.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Feedback and next steps   2 min   Prove</w:t>
      </w:r>
    </w:p>
    <w:p>
      <w:r>
        <w:t>If a protractor starts at east, mark north before measuring. If reverse bearing is 360−b, use a north-east route and draw its south-west return. If 1:50 000 is read as metres, label both scale lengths in centimetres.</w:t>
      </w:r>
    </w:p>
    <w:p>
      <w:pPr>
        <w:pStyle w:val="Heading2"/>
      </w:pPr>
      <w:r>
        <w:t>22   Before the next lesson   1 min   Recall</w:t>
      </w:r>
    </w:p>
    <w:p>
      <w:r>
        <w:t>The geometry checkpoint mixes angle reasoning, construction, transformations and scale. Use errors to choose a repair, then answer a fresh question without copying a model.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L031: Bearings and scale drawings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three-figure bearings and construct scale drawings with accurate distance and direction.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map scale is 1 cm:4 km. Two points are 7.5 cm apart. Find actual distance.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The bearing of B from A is 065°. Find the bearing of A from B.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Optional numerical check for A3 only: sqrt(6²+4²) is about 7.21 km; this Pythagoras method is taught later. Use drawing as the core method. Numeric retrieval accepts 90 for 090; the teacher checks three-figure bearing notation..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Bearings and scale drawings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