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L031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180° B1; 260° B1.</w:t>
      </w:r>
    </w:p>
    <w:p>
      <w:pPr>
        <w:pStyle w:val="Heading2"/>
      </w:pPr>
      <w:r>
        <w:t>E2 [3]</w:t>
      </w:r>
    </w:p>
    <w:p>
      <w:r>
        <w:t>900000 cm B1; 900000÷50000 M1; 18 cm A1.</w:t>
      </w:r>
    </w:p>
    <w:p>
      <w:pPr>
        <w:pStyle w:val="Heading2"/>
      </w:pPr>
      <w:r>
        <w:t>E3 [2]</w:t>
      </w:r>
    </w:p>
    <w:p>
      <w:r>
        <w:t>Bearing measured from north B1; at specified start, not destination B1.</w:t>
      </w:r>
    </w:p>
    <w:p>
      <w:pPr>
        <w:pStyle w:val="Heading2"/>
      </w:pPr>
      <w:r>
        <w:t>E4 [3]</w:t>
      </w:r>
    </w:p>
    <w:p>
      <w:r>
        <w:t>10 km B1; 295° B1; north-west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a protractor starts at east, mark north before measuring. If reverse bearing is 360−b, use a north-east route and draw its south-west return. If 1:50 000 is read as metres, label both scale lengths in centimetres.</w:t>
      </w:r>
    </w:p>
    <w:p>
      <w:r>
        <w:t>Use fresh questions after a delay. Record support used and the next independent check; a high immediate score alone is not mastery.</w:t>
      </w:r>
    </w:p>
    <w:p>
      <w:r>
        <w:t>AO1 2 + AO2 3 + AO3 5 = 10 marks. Item AO judgements are local and require teacher review. This targeted set does not reproduce whole-paper weightings.</w:t>
      </w:r>
    </w:p>
    <w:p>
      <w:r>
        <w:t>Selected content: G15 R1 R2.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Bearings and scale drawings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