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L031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Give (a) bearing of south (b) reverse of 080°.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trail is 9 km. At 1:50 000 find drawing length in cm, showing unit conversion.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Why must a north arrow be drawn at the starting point of a bearing?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scale drawing shows AB=5 cm and bearing A to B 115°. Scale 1 cm:2 km. Give real distance, reverse bearing and quadrant of return.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Bearings and scale drawings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