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L031</w:t>
        <w:br/>
        <w:t>10 minutes • Lesson resources</w:t>
      </w:r>
    </w:p>
    <w:p>
      <w:r>
        <w:t>REACH FOR THE STAR  |  GCSE MATHEMATICS</w:t>
      </w:r>
    </w:p>
    <w:p>
      <w:r>
        <w:t>L032: Geometry checkpoint and feedback</w:t>
      </w:r>
    </w:p>
    <w:p>
      <w:pPr>
        <w:pStyle w:val="Heading2"/>
      </w:pPr>
      <w:r>
        <w:t>F1</w:t>
      </w:r>
    </w:p>
    <w:p>
      <w:r>
        <w:t>Tomorrow reverse 035° and convert 4 cm at 1:50 000 to km.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L032, reflect (3,2) in x=0 and find the supplement of 76°.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The geometry checkpoint mixes angle reasoning, construction, transformations and scale. Use errors to choose a repair, then answer a fresh question without copying a model.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