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Bearings and scale drawings</w:t>
      </w:r>
    </w:p>
    <w:p>
      <w:r>
        <w:t>Pearson Edexcel GCSE Mathematics 1MA1 • L031</w:t>
        <w:br/>
        <w:t>Foundation and Higher • 60 minutes • Lesson resources</w:t>
      </w:r>
    </w:p>
    <w:p>
      <w:r>
        <w:t>REACH FOR THE STAR  |  GCSE MATHEMATICS</w:t>
      </w:r>
    </w:p>
    <w:p>
      <w:r>
        <w:t>Interpret three-figure bearings and construct scale drawings with accurate distance and direction.</w:t>
      </w:r>
    </w:p>
    <w:p>
      <w:r>
        <w:t>Optional numerical check for A3 only: sqrt(6²+4²) is about 7.21 km; this Pythagoras method is taught later. Use drawing as the core method. Numeric retrieval accepts 90 for 090; the teacher checks three-figure bearing notation.</w:t>
      </w:r>
    </w:p>
    <w:p>
      <w:r>
        <w:t>Follow the task-specific calculator guidance below.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Bearing: clockwise angle from north at the starting point, written with three digits. Reverse bearing: direction back along the same route. Scale: relationship between drawing and real lengths.</w:t>
      </w:r>
    </w:p>
    <w:p>
      <w:pPr>
        <w:pStyle w:val="Heading2"/>
      </w:pPr>
      <w:r>
        <w:t>R1</w:t>
      </w:r>
    </w:p>
    <w:p>
      <w:r>
        <w:t>Convert 1 km to metres.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At 1 cm:2 km, what real distance is 3 cm?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Find 180+65.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Parallel north lines mean reversing a route changes the bearing by 180°, wrapping within 000° to 359°. A bearing of 060° is clockwise from north, not from east. At scale 1 cm:2 km,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Parallel north lines mean reversing a route changes the bearing by 180°, wrapping within 000° to 359°. A bearing of 060° is clockwise from north, not from east. At scale 1 cm:2 km, a 6 km route is drawn 3 cm long. Use the same units when writing a ratio scale.</w:t>
      </w:r>
    </w:p>
    <w:p>
      <w:pPr>
        <w:pStyle w:val="Heading2"/>
      </w:pPr>
      <w:r>
        <w:t>D1</w:t>
      </w:r>
    </w:p>
    <w:p>
      <w:r>
        <w:t>Model: east is bearing 090°. State bearings of south and west.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forward 060° reverses to 240°. Reverse bearing 125°.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forward 230° reverses to 050°. Reverse bearing 310°.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scale 1 cm:2 km makes 6 km into 3 cm. Draw an 8 km route at bearing 060° using this scale.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Mark the start, north arrow and clockwise bearing. Convert distance to drawing length. Draw and label the endpoint. To reverse, add or subtract 180°. Check quadrant and real-distance conversion.</w:t>
      </w:r>
    </w:p>
    <w:p>
      <w:pPr>
        <w:pStyle w:val="Heading2"/>
      </w:pPr>
      <w:r>
        <w:t>A1</w:t>
      </w:r>
    </w:p>
    <w:p>
      <w:r>
        <w:t>At 1 cm:2 km, find paper lengths for 4, 6 and 10 km.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At scale 1:50 000, a route measures 7.2 cm. Find its real length in kilometres.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 boat travels 6 km on bearing 090°, then 4 km on bearing 000°. Draw at 1 cm:2 km; estimate direct distance and bearing from start.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Label units.</w:t>
      </w:r>
    </w:p>
    <w:p>
      <w:r>
        <w:t>Optional numerical check for A3 only: sqrt(6²+4²) is about 7.21 km; this Pythagoras method is taught later. Use drawing as the core method. Numeric retrieval accepts 90 for 090; the teacher checks three-figure bearing notation.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A learner gives 360−70=290° as the reverse of 070°. Explain using compass directions.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Two pupils use 1 cm:1 km and 1 cm:2 km for the same route. Should the measured bearing change? Explain.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2, 3 and 5 cm.</w:t>
      </w:r>
    </w:p>
    <w:p>
      <w:r>
        <w:t>A2: 3.6 km.</w:t>
      </w:r>
    </w:p>
    <w:p>
      <w:r>
        <w:t>A3: About 7.2 km and 056°.</w:t>
      </w:r>
    </w:p>
    <w:p>
      <w:r>
        <w:t>C1: 070° points north-east; its return is south-west at 250°. 290° is north-west, not opposite.</w:t>
      </w:r>
    </w:p>
    <w:p>
      <w:r>
        <w:t>C2: No; uniform scaling preserves angles. Length on first drawing is twice the second.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Bearing of east, numeric degrees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Reverse of 070°, numeric degrees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Reverse of 310°, numeric degrees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km represented by 4 cm at 1 cm:2 km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cm for 10 km at 1 cm:2 km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Metres in 2.5 km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90; Q2 250; Q3 130; Q4 8; Q5 5; Q6 2500.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The bearing from A to B is 245°. Find B to A and explain.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A scale 1:25 000 route is 8 cm. Find its real length in km, showing conversion.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Explain one corrected error. Record a fresh question and a date to check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L032: Geometry checkpoint and feedback</w:t>
      </w:r>
    </w:p>
    <w:p>
      <w:pPr>
        <w:pStyle w:val="Heading2"/>
      </w:pPr>
      <w:r>
        <w:t>F1</w:t>
      </w:r>
    </w:p>
    <w:p>
      <w:r>
        <w:t>Tomorrow reverse 035° and convert 4 cm at 1:50 000 to km.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L032, reflect (3,2) in x=0 and find the supplement of 76°.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The geometry checkpoint mixes angle reasoning, construction, transformations and scale. Use errors to choose a repair, then answer a fresh question without copying a model.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A map scale is 1 cm:4 km. Two points are 7.5 cm apart. Find actual distance.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The bearing of B from A is 065°. Find the bearing of A from B.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L031: Bearings and scale drawings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three-figure bearings and construct scale drawings with accurate distance and direction.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map scale is 1 cm:4 km. Two points are 7.5 cm apart. Find actual distance.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The bearing of B from A is 065°. Find the bearing of A from B.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Bearings and scale drawings</dc:title>
  <dc:subject>Bearings and scale drawings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