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L031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State the bearing of west.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Reverse bearing 040°.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At 1 cm:3 km, convert 4 cm to km.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At 1:20 000, find the real distance for 6 cm in km.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route from A has bearing 130°. Give its compass quadrant, reverse bearing and a reason.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