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L031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Interpret three-figure bearings and construct scale drawings with accurate distance and direction.</w:t>
      </w:r>
    </w:p>
    <w:p>
      <w:r>
        <w:t>L025 parallel-angle facts; L014 scales; ruler and protractor skills.</w:t>
      </w:r>
    </w:p>
    <w:p>
      <w:r>
        <w:t>Selected specification content: G15 R1 R2.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Prepare rulers, compasses, protractors, tracing paper and the practical drawing sheets. Drawings and constructions require teacher review.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Bearing from A to B is 070°. Bearing B to A? A 110°, B 250°, C 290°. Answer B: add 180°.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1000 m. Metric conversion.</w:t>
      </w:r>
    </w:p>
    <w:p>
      <w:pPr>
        <w:pStyle w:val="Heading2"/>
      </w:pPr>
      <w:r>
        <w:t>R2</w:t>
      </w:r>
    </w:p>
    <w:p>
      <w:r>
        <w:t>6 km. Multiply by two.</w:t>
      </w:r>
    </w:p>
    <w:p>
      <w:pPr>
        <w:pStyle w:val="Heading2"/>
      </w:pPr>
      <w:r>
        <w:t>R3</w:t>
      </w:r>
    </w:p>
    <w:p>
      <w:r>
        <w:t>245. Half-turn difference.</w:t>
      </w:r>
    </w:p>
    <w:p>
      <w:pPr>
        <w:pStyle w:val="Heading2"/>
      </w:pPr>
      <w:r>
        <w:t>D1</w:t>
      </w:r>
    </w:p>
    <w:p>
      <w:r>
        <w:t>180°; 270°. Clockwise from north.</w:t>
      </w:r>
    </w:p>
    <w:p>
      <w:pPr>
        <w:pStyle w:val="Heading2"/>
      </w:pPr>
      <w:r>
        <w:t>D2</w:t>
      </w:r>
    </w:p>
    <w:p>
      <w:r>
        <w:t>305°. 125+180.</w:t>
      </w:r>
    </w:p>
    <w:p>
      <w:pPr>
        <w:pStyle w:val="Heading2"/>
      </w:pPr>
      <w:r>
        <w:t>D3</w:t>
      </w:r>
    </w:p>
    <w:p>
      <w:r>
        <w:t>130°. 310−180.</w:t>
      </w:r>
    </w:p>
    <w:p>
      <w:pPr>
        <w:pStyle w:val="Heading2"/>
      </w:pPr>
      <w:r>
        <w:t>D4</w:t>
      </w:r>
    </w:p>
    <w:p>
      <w:r>
        <w:t>4 cm line at 060° from a north arrow. Distance conversion and bearing are separate.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2, 3 and 5 cm. Real distance divided by two.</w:t>
      </w:r>
    </w:p>
    <w:p>
      <w:pPr>
        <w:pStyle w:val="Heading2"/>
      </w:pPr>
      <w:r>
        <w:t>A2</w:t>
      </w:r>
    </w:p>
    <w:p>
      <w:r>
        <w:t>3.6 km. 7.2×50000=360000 cm=3.6 km.</w:t>
      </w:r>
    </w:p>
    <w:p>
      <w:pPr>
        <w:pStyle w:val="Heading2"/>
      </w:pPr>
      <w:r>
        <w:t>A3</w:t>
      </w:r>
    </w:p>
    <w:p>
      <w:r>
        <w:t>About 7.2 km and 056°. Teacher accepts reasonable drawing estimates: 7.0–7.4 km, 054°–058° for this classroom task.</w:t>
      </w:r>
    </w:p>
    <w:p>
      <w:pPr>
        <w:pStyle w:val="Heading2"/>
      </w:pPr>
      <w:r>
        <w:t>C1</w:t>
      </w:r>
    </w:p>
    <w:p>
      <w:r>
        <w:t>070° points north-east; its return is south-west at 250°. 290° is north-west, not opposite. A reverse route differs by 180°.</w:t>
      </w:r>
    </w:p>
    <w:p>
      <w:pPr>
        <w:pStyle w:val="Heading2"/>
      </w:pPr>
      <w:r>
        <w:t>C2</w:t>
      </w:r>
    </w:p>
    <w:p>
      <w:r>
        <w:t>No; uniform scaling preserves angles. Length on first drawing is twice the second. Allow small measuring error.</w:t>
      </w:r>
    </w:p>
    <w:p>
      <w:r>
        <w:t>Calculator guidance: Optional numerical check for A3 only: sqrt(6²+4²) is about 7.21 km; this Pythagoras method is taught later. Use drawing as the core method. Numeric retrieval accepts 90 for 090; the teacher checks three-figure bearing notation.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065° B1; subtract 180° for opposite direction B1. Require three digits in written work.</w:t>
      </w:r>
    </w:p>
    <w:p>
      <w:pPr>
        <w:pStyle w:val="Heading2"/>
      </w:pPr>
      <w:r>
        <w:t>P2</w:t>
      </w:r>
    </w:p>
    <w:p>
      <w:r>
        <w:t>8×25000=200000 cm M1; 2 km A1. 100000 cm per km.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215°; 2 km. Half-turn and scale conversion.</w:t>
      </w:r>
    </w:p>
    <w:p>
      <w:pPr>
        <w:pStyle w:val="Heading2"/>
      </w:pPr>
      <w:r>
        <w:t>F2</w:t>
      </w:r>
    </w:p>
    <w:p>
      <w:r>
        <w:t>(−3,2); 104°. Retrieve transformation and angle facts.</w:t>
      </w:r>
    </w:p>
    <w:p>
      <w:r>
        <w:t>Retrieval answers: 90, 250, 130, 8, 5, 2500.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a protractor starts at east, mark north before measuring. If reverse bearing is 360−b, use a north-east route and draw its south-west return. If 1:50 000 is read as metres, label both scale lengths in centimetres.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A map scale is 1 cm:4 km. Two points are 7.5 cm apart. Find actual distance.</w:t>
      </w:r>
    </w:p>
    <w:p>
      <w:r>
        <w:rPr>
          <w:b/>
        </w:rPr>
        <w:t xml:space="preserve">Answer and reasoning: </w:t>
      </w:r>
      <w:r>
        <w:t>30 km.</w:t>
      </w:r>
    </w:p>
    <w:p>
      <w:pPr>
        <w:pStyle w:val="Heading2"/>
      </w:pPr>
      <w:r>
        <w:t>Deep challenge</w:t>
      </w:r>
    </w:p>
    <w:p>
      <w:r>
        <w:t>The bearing of B from A is 065°. Find the bearing of A from B.</w:t>
      </w:r>
    </w:p>
    <w:p>
      <w:r>
        <w:rPr>
          <w:b/>
        </w:rPr>
        <w:t xml:space="preserve">Answer and reasoning: </w:t>
      </w:r>
      <w:r>
        <w:t>245°.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L031: Bearings and scale drawings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three-figure bearings and construct scale drawings with accurate distance and direction.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map scale is 1 cm:4 km. Two points are 7.5 cm apart. Find actual distance.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The bearing of B from A is 065°. Find the bearing of A from B.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Optional numerical check for A3 only: sqrt(6²+4²) is about 7.21 km; this Pythagoras method is taught later. Use drawing as the core method. Numeric retrieval accepts 90 for 090; the teacher checks three-figure bearing notation..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Bearings and scale drawings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