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Geometry checkpoint and feedback</w:t>
      </w:r>
    </w:p>
    <w:p>
      <w:r>
        <w:t>Pearson Edexcel GCSE Mathematics 1MA1 • L032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2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Without the worked examples, construct the perpendicular bisector of a 6 cm segment using ruler and compass. Then plot C(1,1), P(2,4) on a fresh grid and enlarge P by factor 2 about C. Extend your axes as needed. Write how each answer can be checked.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</w:tbl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checkpoint and feedback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