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L032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Find (a) third angle after 36°,84° (b) reverse bearing 025°.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Enlarge (2,1),(4,1),(2,3) by k=1/2 about (1,1). Give image vertices.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locus exactly 4 cm from O is drawn as a filled disc. Explain and correct the error.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Parallel co-interior angles are (x+20)° and (2x+10)°. Find x and angles and check.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