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L032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Find the supplement of 121°.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Reflect (2,−3) in y=0.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Reverse 260°.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A regular polygon has exterior angle 40°. Find its sides and interior angle.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1:20 000 map route is 7.5 cm. Find real length in metres and km; show the scale step.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Geometry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