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L033</w:t>
        <w:br/>
        <w:t>10 minutes • Lesson resources</w:t>
      </w:r>
    </w:p>
    <w:p>
      <w:r>
        <w:t>REACH FOR THE STAR  |  GCSE MATHEMATICS</w:t>
      </w:r>
    </w:p>
    <w:p>
      <w:r>
        <w:t>L034: Circles arcs and sectors</w:t>
      </w:r>
    </w:p>
    <w:p>
      <w:pPr>
        <w:pStyle w:val="Heading2"/>
      </w:pPr>
      <w:r>
        <w:t>F1</w:t>
      </w:r>
    </w:p>
    <w:p>
      <w:r>
        <w:t>Tomorrow find triangle area for base 12 cm and height 5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L034, a circle has radius 4 cm. Find diameter and explain the relationship.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circle circumference is 2πr and area is πr². An arc or sector represents a fraction of the whole circle determined by its central angle divided by 360°.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