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L033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36 cm² B1; 18 cm² B1.</w:t>
      </w:r>
    </w:p>
    <w:p>
      <w:pPr>
        <w:pStyle w:val="Heading2"/>
      </w:pPr>
      <w:r>
        <w:t>E2 [3]</w:t>
      </w:r>
    </w:p>
    <w:p>
      <w:r>
        <w:t>96−15 M1; 81 cm² A1; 40 cm B1.</w:t>
      </w:r>
    </w:p>
    <w:p>
      <w:pPr>
        <w:pStyle w:val="Heading2"/>
      </w:pPr>
      <w:r>
        <w:t>E3 [2]</w:t>
      </w:r>
    </w:p>
    <w:p>
      <w:r>
        <w:t>Height is perpendicular to chosen base B1; sloping side generally is not that distance B1.</w:t>
      </w:r>
    </w:p>
    <w:p>
      <w:pPr>
        <w:pStyle w:val="Heading2"/>
      </w:pPr>
      <w:r>
        <w:t>E4 [3]</w:t>
      </w:r>
    </w:p>
    <w:p>
      <w:r>
        <w:t>48=8h M1; h=6 m A1; (6+10)×6÷2=48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p>
      <w:r>
        <w:t>Use fresh questions after a delay. Record support used and the next independent check; a high immediate score alone is not mastery.</w:t>
      </w:r>
    </w:p>
    <w:p>
      <w:r>
        <w:t>AO1 2 + AO2 3 + AO3 5 = 10 marks. Item AO judgements are local and require teacher review. This targeted set does not reproduce whole-paper weightings.</w:t>
      </w:r>
    </w:p>
    <w:p>
      <w:r>
        <w:t>Selected content: G14 G16 G17.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