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Circles arcs and sectors</w:t>
      </w:r>
    </w:p>
    <w:p>
      <w:r>
        <w:t>Pearson Edexcel GCSE Mathematics 1MA1 • L034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4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With compass and ruler, draw radius 4 cm and make a 90° sector using a protractor. Colour the arc, then mark both radii. Find exact sector area and full perimeter. Explain why these have different units. For the pond question A3, use the π key and round only at the end.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Circles arcs and sectors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