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L034</w:t>
        <w:br/>
        <w:t>22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Circles arcs and sectors   1 min   Recall</w:t>
      </w:r>
    </w:p>
    <w:p>
      <w:r>
        <w:t>Calculate circle circumference and area, arc length and sector area, distinguishing curved length from the full sector perimeter.</w:t>
      </w:r>
    </w:p>
    <w:p>
      <w:pPr>
        <w:pStyle w:val="Heading2"/>
      </w:pPr>
      <w:r>
        <w:t>02   The goal and the evidence   1 min   Recall</w:t>
      </w:r>
    </w:p>
    <w:p>
      <w:r>
        <w:t>L033 perimeter/area and square units; fractions of amounts; radius and diameter.</w:t>
      </w:r>
    </w:p>
    <w:p>
      <w:pPr>
        <w:pStyle w:val="Heading2"/>
      </w:pPr>
      <w:r>
        <w:t>03   Starting-point diagnostic   5 min   Recall</w:t>
      </w:r>
    </w:p>
    <w:p>
      <w:r>
        <w:t>If diameter is squared in πr², halve it first. If a sector perimeter equals just its arc, trace both straight edges. If θ/180 is used, compare a semicircle with the full 360°. Recheck r=6, θ=90°.</w:t>
      </w:r>
    </w:p>
    <w:p>
      <w:pPr>
        <w:pStyle w:val="Heading2"/>
      </w:pPr>
      <w:r>
        <w:t>04   See the geometry   2 min   Discover</w:t>
      </w:r>
    </w:p>
    <w:p>
      <w:r>
        <w:t>Every circle has circumference divided by diameter equal to π, so C=πd=2πr. Rearranging narrow sectors approaches a rectangle with height r and width πr, explaining area πr². A central angle θ covers θ/360 of a whole circle, so arc=(θ/360)2πr and sector area=(θ/360)πr². A sector perimeter adds two radii to its arc.</w:t>
      </w:r>
    </w:p>
    <w:p>
      <w:pPr>
        <w:pStyle w:val="Heading2"/>
      </w:pPr>
      <w:r>
        <w:t>05   Worked example and your turn   3 min   Discover</w:t>
      </w:r>
    </w:p>
    <w:p>
      <w:r>
        <w:t>10π cm. Use πd.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16π cm². Radius 4; square it.</w:t>
      </w:r>
    </w:p>
    <w:p>
      <w:pPr>
        <w:pStyle w:val="Heading2"/>
      </w:pPr>
      <w:r>
        <w:t>07   Worked example and your turn   3 min   Discover</w:t>
      </w:r>
    </w:p>
    <w:p>
      <w:r>
        <w:t>4π cm. One third of 12π.</w:t>
      </w:r>
    </w:p>
    <w:p>
      <w:pPr>
        <w:pStyle w:val="Heading2"/>
      </w:pPr>
      <w:r>
        <w:t>08   Worked example and your turn   3 min   Discover</w:t>
      </w:r>
    </w:p>
    <w:p>
      <w:r>
        <w:t>12π cm²; 4π+12 cm. Area one third of 36π; perimeter adds two radii.</w:t>
      </w:r>
    </w:p>
    <w:p>
      <w:pPr>
        <w:pStyle w:val="Heading2"/>
      </w:pPr>
      <w:r>
        <w:t>09   A method you can explain   2 min   Discover</w:t>
      </w:r>
    </w:p>
    <w:p>
      <w:r>
        <w:t>Mark radius versus diameter. Decide whether the question asks for length or area. Use the central-angle fraction, retain π or full calculator precision, then round once at the end. Check units and that a minor part is smaller than the whole.</w:t>
      </w:r>
    </w:p>
    <w:p>
      <w:pPr>
        <w:pStyle w:val="Heading2"/>
      </w:pPr>
      <w:r>
        <w:t>10   Diagnostic pause   3 min   Apply</w:t>
      </w:r>
    </w:p>
    <w:p>
      <w:r>
        <w:t>A quarter-circle sector has r=4 cm. Its perimeter is A 2π, B 2π+8, C 4π cm. Answer B: arc plus two radii.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8π, 4π, 2π cm. Whole, half, quarter.</w:t>
      </w:r>
    </w:p>
    <w:p>
      <w:pPr>
        <w:pStyle w:val="Heading2"/>
      </w:pPr>
      <w:r>
        <w:t>12   Independent application   4 min   Apply</w:t>
      </w:r>
    </w:p>
    <w:p>
      <w:r>
        <w:t>16π cm²; 4π+16 cm. Quarter of area and circumference; add radii.</w:t>
      </w:r>
    </w:p>
    <w:p>
      <w:pPr>
        <w:pStyle w:val="Heading2"/>
      </w:pPr>
      <w:r>
        <w:t>13   Use the method in context   4 min   Apply</w:t>
      </w:r>
    </w:p>
    <w:p>
      <w:r>
        <w:t>31.4 m; 78.5 m². 10π and 25π; round only final values.</w:t>
      </w:r>
    </w:p>
    <w:p>
      <w:pPr>
        <w:pStyle w:val="Heading2"/>
      </w:pPr>
      <w:r>
        <w:t>14   Intentional practice feedback   2 min   Apply</w:t>
      </w:r>
    </w:p>
    <w:p>
      <w:r>
        <w:t>10π and 25π; round only final values. Calculator required for A3 only; other tasks use exact π forms. Enter 10×π and π×5², retaining full precision until rounding to 1 decimal place. Numeric retrieval asks for coefficients of π, not the full symbolic answer.</w:t>
      </w:r>
    </w:p>
    <w:p>
      <w:pPr>
        <w:pStyle w:val="Heading2"/>
      </w:pPr>
      <w:r>
        <w:t>15   A claim to test   4 min   Challenge</w:t>
      </w:r>
    </w:p>
    <w:p>
      <w:r>
        <w:t>Circumference doubles; area quadruples because (2r)²=4r². Use formulas or a counterexample.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3π is curved arc only; include diameter 6, total 3π+6 m. Trace the closed boundary.</w:t>
      </w:r>
    </w:p>
    <w:p>
      <w:pPr>
        <w:pStyle w:val="Heading2"/>
      </w:pPr>
      <w:r>
        <w:t>17   Retrieval without notes   2 min   Prove</w:t>
      </w:r>
    </w:p>
    <w:p>
      <w:r>
        <w:t>Answers: 14, 9, 1/3. Completion is not mastery.</w:t>
      </w:r>
    </w:p>
    <w:p>
      <w:pPr>
        <w:pStyle w:val="Heading2"/>
      </w:pPr>
      <w:r>
        <w:t>18   Retrieval without notes   2 min   Prove</w:t>
      </w:r>
    </w:p>
    <w:p>
      <w:r>
        <w:t>Answers: 25, 12, 4. Completion is not mastery.</w:t>
      </w:r>
    </w:p>
    <w:p>
      <w:pPr>
        <w:pStyle w:val="Heading2"/>
      </w:pPr>
      <w:r>
        <w:t>19   Independent exit evidence   2 min   Prove</w:t>
      </w:r>
    </w:p>
    <w:p>
      <w:r>
        <w:t>(60/360)×36π M1; 6π cm² A1. One sixth of circle.</w:t>
      </w:r>
    </w:p>
    <w:p>
      <w:pPr>
        <w:pStyle w:val="Heading2"/>
      </w:pPr>
      <w:r>
        <w:t>20   Independent exit evidence   3 min   Prove</w:t>
      </w:r>
    </w:p>
    <w:p>
      <w:r>
        <w:t>Arc 3π cm M1; 3π+12 cm A1. Add two radii.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If diameter is squared in πr², halve it first. If a sector perimeter equals just its arc, trace both straight edges. If θ/180 is used, compare a semicircle with the full 360°. Recheck r=6, θ=90°.</w:t>
      </w:r>
    </w:p>
    <w:p>
      <w:pPr>
        <w:pStyle w:val="Heading2"/>
      </w:pPr>
      <w:r>
        <w:t>22   Before the next lesson   1 min   Recall</w:t>
      </w:r>
    </w:p>
    <w:p>
      <w:r>
        <w:t>A prism has the same cross-section throughout. Volume equals cross-sectional area times perpendicular length; for a cylinder the cross-section is a circle. Use cubic units.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L034: Circles arcs and sectors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circle circumference and area, arc length and sector area, distinguishing curved length from the full sector perimeter.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sector has radius 9 cm and angle 80°. Find arc length and area exactly.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finds the perimeter of a semicircle of radius 5 cm as 5π cm. Explain the missing part.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Calculator required for A3 only; other tasks use exact π forms. Enter 10×π and π×5², retaining full precision until rounding to 1 decimal place. Numeric retrieval asks for coefficients of π, not the full symbolic answer..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