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L034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For radius 6 cm, find exact (a) circumference (b) area.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sector has radius 10 cm and angle 72°. Find its exact arc length, area and perimeter.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pupil uses π×10² for area of a circle with diameter 10 cm. Explain and correct.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circle has circumference 18π cm. Find radius and exact area, showing the radius equation.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