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Circles arcs and sectors</w:t>
      </w:r>
    </w:p>
    <w:p>
      <w:r>
        <w:t>Pearson Edexcel GCSE Mathematics 1MA1 • L034</w:t>
        <w:br/>
        <w:t>Foundation and Higher • 60 minutes • Lesson resources</w:t>
      </w:r>
    </w:p>
    <w:p>
      <w:r>
        <w:t>REACH FOR THE STAR  |  GCSE MATHEMATICS</w:t>
      </w:r>
    </w:p>
    <w:p>
      <w:r>
        <w:t>Calculate circle circumference and area, arc length and sector area, distinguishing curved length from the full sector perimeter.</w:t>
      </w:r>
    </w:p>
    <w:p>
      <w:r>
        <w:t>Calculator required for A3 only; other tasks use exact π forms. Enter 10×π and π×5², retaining full precision until rounding to 1 decimal place. Numeric retrieval asks for coefficients of π, not the full symbolic answer.</w:t>
      </w:r>
    </w:p>
    <w:p>
      <w:r>
        <w:t>Follow the task-specific calculator guidance below.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Radius: centre to circumference. Diameter: chord through centre. Chord: joins two circumference points. Tangent: line touching at one point. Arc: curved boundary portion. Sector: enclosed by two radii and an arc. Segment: enclosed by chord and arc.</w:t>
      </w:r>
    </w:p>
    <w:p>
      <w:pPr>
        <w:pStyle w:val="Heading2"/>
      </w:pPr>
      <w:r>
        <w:t>R1</w:t>
      </w:r>
    </w:p>
    <w:p>
      <w:r>
        <w:t>Radius 5 cm: find diameter.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What fraction of a full turn is 90°?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Find 6².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Every circle has circumference divided by diameter equal to π, so C=πd=2πr. Rearranging narrow sectors approaches a rectangle with height r and width πr, explaining area πr². A cen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Every circle has circumference divided by diameter equal to π, so C=πd=2πr. Rearranging narrow sectors approaches a rectangle with height r and width πr, explaining area πr². A central angle θ covers θ/360 of a whole circle, so arc=(θ/360)2πr and sector area=(θ/360)πr². A sector perimeter adds two radii to its arc.</w:t>
      </w:r>
    </w:p>
    <w:p>
      <w:pPr>
        <w:pStyle w:val="Heading2"/>
      </w:pPr>
      <w:r>
        <w:t>D1</w:t>
      </w:r>
    </w:p>
    <w:p>
      <w:r>
        <w:t>Model: r=3 gives C=6π cm. Now diameter=10 cm; give exact circumference.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r=3 gives area 9π cm². Now diameter=8 cm; give exact area.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r=6, θ=90° gives arc (1/4)×12π=3π cm. Now r=6, θ=120°.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r=6, θ=90° gives area 9π cm². Now r=6, θ=120°; find sector area and perimeter.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Mark radius versus diameter. Decide whether the question asks for length or area. Use the central-angle fraction, retain π or full calculator precision, then round once at the end. Check units and that a minor part is smaller than the whole.</w:t>
      </w:r>
    </w:p>
    <w:p>
      <w:pPr>
        <w:pStyle w:val="Heading2"/>
      </w:pPr>
      <w:r>
        <w:t>A1</w:t>
      </w:r>
    </w:p>
    <w:p>
      <w:r>
        <w:t>For r=4 cm, find circumference, semicircle arc and quarter-circle arc exactly.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A sector has r=8 cm and θ=90°. Find area and perimeter exactly.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circular pond has diameter 10 m. Find fencing for the whole edge, to 1 decimal place, and area to 1 decimal place.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Use fractions of circumference.</w:t>
      </w:r>
    </w:p>
    <w:p>
      <w:r>
        <w:t>Calculator required for A3 only; other tasks use exact π forms. Enter 10×π and π×5², retaining full precision until rounding to 1 decimal place. Numeric retrieval asks for coefficients of π, not the full symbolic answer.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Doubling radius doubles both circumference and area. Assess the claim.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 semicircular garden of radius 3 m needs a fence round its full boundary. Explain why 3π m is insufficient.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8π, 4π, 2π cm.</w:t>
      </w:r>
    </w:p>
    <w:p>
      <w:r>
        <w:t>A2: 16π cm²; 4π+16 cm.</w:t>
      </w:r>
    </w:p>
    <w:p>
      <w:r>
        <w:t>A3: 31.4 m; 78.5 m².</w:t>
      </w:r>
    </w:p>
    <w:p>
      <w:r>
        <w:t>C1: Circumference doubles; area quadruples because (2r)²=4r².</w:t>
      </w:r>
    </w:p>
    <w:p>
      <w:r>
        <w:t>C2: 3π is curved arc only; include diameter 6, total 3π+6 m.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Diameter for radius 7 cm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Radius for diameter 18 cm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Fraction of full circle for 120°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Coefficient of π in area for r=5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Coefficient of π in circumference for d=12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Coefficient of π in quarter arc for r=8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14; Q2 9; Q3 1/3; Q4 25; Q5 12; Q6 4.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Find sector area for r=6 cm and angle 60°, exactly. Show method.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Find perimeter of a quarter-circle sector with radius 6 cm, exactly.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Record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L035: Prisms and cylinders</w:t>
      </w:r>
    </w:p>
    <w:p>
      <w:pPr>
        <w:pStyle w:val="Heading2"/>
      </w:pPr>
      <w:r>
        <w:t>F1</w:t>
      </w:r>
    </w:p>
    <w:p>
      <w:r>
        <w:t>Tomorrow find circumference and area for radius 5 cm, exactly.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L035, a prism has cross-sectional area 12 cm² and length 5 cm. Predict its volume.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prism has the same cross-section throughout. Volume equals cross-sectional area times perpendicular length; for a cylinder the cross-section is a circle. Use cubic units.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A sector has radius 9 cm and angle 80°. Find arc length and area exactly.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learner finds the perimeter of a semicircle of radius 5 cm as 5π cm. Explain the missing part.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L034: Circles arcs and sectors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circle circumference and area, arc length and sector area, distinguishing curved length from the full sector perimeter.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sector has radius 9 cm and angle 80°. Find arc length and area exactly.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finds the perimeter of a semicircle of radius 5 cm as 5π cm. Explain the missing part.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Circles arcs and sectors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