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L034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Circle radius 4 cm: give exact circumference.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Circle diameter 6 cm: give exact area.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Write the fraction of a circle represented by 60°.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Find arc length for r=9 cm, angle 120°, exactly.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semicircle has radius 5 cm. Find arc and full perimeter; explain the extra length.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Circles arcs and sectors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