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L034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Calculate circle circumference and area, arc length and sector area, distinguishing curved length from the full sector perimeter.</w:t>
      </w:r>
    </w:p>
    <w:p>
      <w:r>
        <w:t>L033 perimeter/area and square units; fractions of amounts; radius and diameter.</w:t>
      </w:r>
    </w:p>
    <w:p>
      <w:r>
        <w:t>Selected specification content: G9 G17 G18.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Prepare rulers, compasses, protractors, tracing paper and the practical drawing sheets. Drawings and constructions require teacher review.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A quarter-circle sector has r=4 cm. Its perimeter is A 2π, B 2π+8, C 4π cm. Answer B: arc plus two radii.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10 cm. Twice radius.</w:t>
      </w:r>
    </w:p>
    <w:p>
      <w:pPr>
        <w:pStyle w:val="Heading2"/>
      </w:pPr>
      <w:r>
        <w:t>R2</w:t>
      </w:r>
    </w:p>
    <w:p>
      <w:r>
        <w:t>1/4. 90÷360.</w:t>
      </w:r>
    </w:p>
    <w:p>
      <w:pPr>
        <w:pStyle w:val="Heading2"/>
      </w:pPr>
      <w:r>
        <w:t>R3</w:t>
      </w:r>
    </w:p>
    <w:p>
      <w:r>
        <w:t>36. 6×6.</w:t>
      </w:r>
    </w:p>
    <w:p>
      <w:pPr>
        <w:pStyle w:val="Heading2"/>
      </w:pPr>
      <w:r>
        <w:t>D1</w:t>
      </w:r>
    </w:p>
    <w:p>
      <w:r>
        <w:t>10π cm. Use πd.</w:t>
      </w:r>
    </w:p>
    <w:p>
      <w:pPr>
        <w:pStyle w:val="Heading2"/>
      </w:pPr>
      <w:r>
        <w:t>D2</w:t>
      </w:r>
    </w:p>
    <w:p>
      <w:r>
        <w:t>16π cm². Radius 4; square it.</w:t>
      </w:r>
    </w:p>
    <w:p>
      <w:pPr>
        <w:pStyle w:val="Heading2"/>
      </w:pPr>
      <w:r>
        <w:t>D3</w:t>
      </w:r>
    </w:p>
    <w:p>
      <w:r>
        <w:t>4π cm. One third of 12π.</w:t>
      </w:r>
    </w:p>
    <w:p>
      <w:pPr>
        <w:pStyle w:val="Heading2"/>
      </w:pPr>
      <w:r>
        <w:t>D4</w:t>
      </w:r>
    </w:p>
    <w:p>
      <w:r>
        <w:t>12π cm²; 4π+12 cm. Area one third of 36π; perimeter adds two radii.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8π, 4π, 2π cm. Whole, half, quarter.</w:t>
      </w:r>
    </w:p>
    <w:p>
      <w:pPr>
        <w:pStyle w:val="Heading2"/>
      </w:pPr>
      <w:r>
        <w:t>A2</w:t>
      </w:r>
    </w:p>
    <w:p>
      <w:r>
        <w:t>16π cm²; 4π+16 cm. Quarter of area and circumference; add radii.</w:t>
      </w:r>
    </w:p>
    <w:p>
      <w:pPr>
        <w:pStyle w:val="Heading2"/>
      </w:pPr>
      <w:r>
        <w:t>A3</w:t>
      </w:r>
    </w:p>
    <w:p>
      <w:r>
        <w:t>31.4 m; 78.5 m². 10π and 25π; round only final values.</w:t>
      </w:r>
    </w:p>
    <w:p>
      <w:pPr>
        <w:pStyle w:val="Heading2"/>
      </w:pPr>
      <w:r>
        <w:t>C1</w:t>
      </w:r>
    </w:p>
    <w:p>
      <w:r>
        <w:t>Circumference doubles; area quadruples because (2r)²=4r². Use formulas or a counterexample.</w:t>
      </w:r>
    </w:p>
    <w:p>
      <w:pPr>
        <w:pStyle w:val="Heading2"/>
      </w:pPr>
      <w:r>
        <w:t>C2</w:t>
      </w:r>
    </w:p>
    <w:p>
      <w:r>
        <w:t>3π is curved arc only; include diameter 6, total 3π+6 m. Trace the closed boundary.</w:t>
      </w:r>
    </w:p>
    <w:p>
      <w:r>
        <w:t>Calculator guidance: Calculator required for A3 only; other tasks use exact π forms. Enter 10×π and π×5², retaining full precision until rounding to 1 decimal place. Numeric retrieval asks for coefficients of π, not the full symbolic answer.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(60/360)×36π M1; 6π cm² A1. One sixth of circle.</w:t>
      </w:r>
    </w:p>
    <w:p>
      <w:pPr>
        <w:pStyle w:val="Heading2"/>
      </w:pPr>
      <w:r>
        <w:t>P2</w:t>
      </w:r>
    </w:p>
    <w:p>
      <w:r>
        <w:t>Arc 3π cm M1; 3π+12 cm A1. Add two radii.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10π cm; 25π cm². Different units and powers.</w:t>
      </w:r>
    </w:p>
    <w:p>
      <w:pPr>
        <w:pStyle w:val="Heading2"/>
      </w:pPr>
      <w:r>
        <w:t>F2</w:t>
      </w:r>
    </w:p>
    <w:p>
      <w:r>
        <w:t>60 cm³. Area times length.</w:t>
      </w:r>
    </w:p>
    <w:p>
      <w:r>
        <w:t>Retrieval answers: 14, 9, 1/3, 25, 12, 4.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diameter is squared in πr², halve it first. If a sector perimeter equals just its arc, trace both straight edges. If θ/180 is used, compare a semicircle with the full 360°. Recheck r=6, θ=90°.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A sector has radius 9 cm and angle 80°. Find arc length and area exactly.</w:t>
      </w:r>
    </w:p>
    <w:p>
      <w:r>
        <w:rPr>
          <w:b/>
        </w:rPr>
        <w:t xml:space="preserve">Answer and reasoning: </w:t>
      </w:r>
      <w:r>
        <w:t>Arc=80/360×18π=4π cm; area=80/360×81π=18π cm².</w:t>
      </w:r>
    </w:p>
    <w:p>
      <w:pPr>
        <w:pStyle w:val="Heading2"/>
      </w:pPr>
      <w:r>
        <w:t>Deep challenge</w:t>
      </w:r>
    </w:p>
    <w:p>
      <w:r>
        <w:t>A learner finds the perimeter of a semicircle of radius 5 cm as 5π cm. Explain the missing part.</w:t>
      </w:r>
    </w:p>
    <w:p>
      <w:r>
        <w:rPr>
          <w:b/>
        </w:rPr>
        <w:t xml:space="preserve">Answer and reasoning: </w:t>
      </w:r>
      <w:r>
        <w:t>5π is curved arc only; full perimeter includes diameter 10, so 5π+10 cm.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L034: Circles arcs and sectors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circle circumference and area, arc length and sector area, distinguishing curved length from the full sector perimeter.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sector has radius 9 cm and angle 80°. Find arc length and area exactly.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finds the perimeter of a semicircle of radius 5 cm as 5π cm. Explain the missing part.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Calculator required for A3 only; other tasks use exact π forms. Enter 10×π and π×5², retaining full precision until rounding to 1 decimal place. Numeric retrieval asks for coefficients of π, not the full symbolic answer..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Circles arcs and sectors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