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508760" cy="7543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7543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RFTSTitle"/>
      </w:pPr>
      <w:r>
        <w:t>Prisms and cylinders · Learner workbook</w:t>
      </w:r>
    </w:p>
    <w:p>
      <w:r>
        <w:t>Pearson Edexcel GCSE Mathematics 1MA1 · L035 · Week 12 · 60 minute lesson</w:t>
      </w:r>
    </w:p>
    <w:p>
      <w:pPr>
        <w:pStyle w:val="Heading1"/>
      </w:pPr>
      <w:r>
        <w:t>Connect &amp; Check → Share → Present → Apply → Recall &amp; Review</w:t>
      </w:r>
    </w:p>
    <w:p>
      <w:r>
        <w:t>Calculate prism and cylinder volumes from cross-sectional area and length.</w:t>
      </w:r>
    </w:p>
    <w:p>
      <w:pPr>
        <w:pStyle w:val="Heading2"/>
      </w:pPr>
      <w:r>
        <w:t>Share  |  In pairs, predict the first step for this problem: A triangular prism has cross-section base 6 cm and height 4 cm, with length 10 cm. Find its volume. Compare your reasons before using the worked model.</w:t>
      </w:r>
    </w:p>
    <w:p>
      <w:pPr>
        <w:pStyle w:val="Heading2"/>
      </w:pPr>
      <w:r>
        <w:t>Present a worked example and explain</w:t>
      </w:r>
    </w:p>
    <w:p>
      <w:r>
        <w:t>A triangular prism has cross-section base 6 cm and height 4 cm, with length 10 cm. Find its volume.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Apply independently</w:t>
      </w:r>
    </w:p>
    <w:p>
      <w:r>
        <w:t>A cylinder has radius 3 cm and height 8 cm. Give its volume exactly.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Apply and justify</w:t>
      </w:r>
    </w:p>
    <w:p>
      <w:r>
        <w:t>A prism has volume 210 cm³ and cross-section area 15 cm². Find its length.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  <w:pageBreakBefore/>
      </w:pPr>
      <w:r>
        <w:t>Optional extension: stretch and challenge</w:t>
      </w:r>
    </w:p>
    <w:p>
      <w:r>
        <w:t>Choose these when the independent work is secure. Show a method and justify the answer.</w:t>
      </w:r>
    </w:p>
    <w:p>
      <w:pPr>
        <w:pStyle w:val="Heading2"/>
      </w:pPr>
      <w:r>
        <w:t>Stretch</w:t>
      </w:r>
    </w:p>
    <w:p>
      <w:r>
        <w:t>A prism has a trapezium cross-section with parallel sides 4 cm and 8 cm and height 3 cm. Its length is 11 cm. Find the volume.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A cylinder and a triangular prism both have cross-sectional area 24 cm² and length 7 cm. Compare their volumes and explain.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Recall &amp; Review without notes</w:t>
      </w:r>
    </w:p>
    <w:p>
      <w:r>
        <w:t>Return to the Apply question with a fresh method or check. Record a corrected error and a question for the next lesson.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L035: Prisms and cylinders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prism and cylinder volumes from cross-sectional area and length.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prism has a trapezium cross-section with parallel sides 4 cm and 8 cm and height 3 cm. Its length is 11 cm. Find the volume.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cylinder and a triangular prism both have cross-sectional area 24 cm² and length 7 cm. Compare their volumes and explain.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181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172535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FTSTitle">
    <w:name w:val="RFTS Title"/>
    <w:basedOn w:val="Normal"/>
    <w:pPr>
      <w:spacing w:after="200"/>
    </w:pPr>
    <w:rPr>
      <w:rFonts w:ascii="Aptos Display" w:hAnsi="Aptos Display"/>
      <w:b/>
      <w:color w:val="0C233E"/>
      <w:sz w:val="4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