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r>
        <w:rPr>
          <w:b/>
        </w:rPr>
        <w:t xml:space="preserve">Objective: </w:t>
      </w:r>
      <w:r>
        <w:t>Find surface area and volume using appropriate nets and formulae, and explain the difference between exposed area and capacity.</w:t>
      </w:r>
    </w:p>
    <w:p>
      <w:r>
        <w:rPr>
          <w:b/>
        </w:rPr>
        <w:t xml:space="preserve">Calculator conditions: </w:t>
      </w:r>
      <w:r>
        <w:t>questions are labelled NC (non-calculator) or C (calculator). Use exact π unless a decimal answer is requested.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8496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  <w:sz w:val="24"/>
              </w:rPr>
              <w:t>Connect &amp; Check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Complete the baseline independently. Keep your first response so you can compare it with the exit task.</w:t>
            </w:r>
          </w:p>
        </w:tc>
      </w:tr>
    </w:tbl>
    <w:p/>
    <w:p>
      <w:r>
        <w:rPr>
          <w:b/>
          <w:color w:val="082B57"/>
        </w:rPr>
        <w:t xml:space="preserve">C1. </w:t>
      </w:r>
      <w:r>
        <w:t>A cuboid measures 8 cm by 5 cm by 3 cm. Find its volume.</w:t>
      </w:r>
      <w:r>
        <w:rPr>
          <w:b/>
          <w:color w:val="1AA6A6"/>
        </w:rPr>
        <w:t xml:space="preserve">  [NC]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C2. </w:t>
      </w:r>
      <w:r>
        <w:t>What is the difference between surface area and volume? Include the correct type of units for each.</w:t>
      </w:r>
      <w:r>
        <w:rPr>
          <w:b/>
          <w:color w:val="1AA6A6"/>
        </w:rPr>
        <w:t xml:space="preserve">  [NC]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8496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  <w:sz w:val="24"/>
              </w:rPr>
              <w:t>Share</w:t>
              <w:br/>
              <w:t>5 min</w:t>
            </w:r>
          </w:p>
        </w:tc>
        <w:tc>
          <w:tcPr>
            <w:tcW w:type="dxa" w:w="5184"/>
            <w:shd w:fill="EAF3F7"/>
          </w:tcPr>
          <w:p>
            <w:r>
              <w:t>Choose one route below. All routes lead to the same core evidence. Compare your route with a partner before you move on.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Route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What you do</w:t>
            </w:r>
          </w:p>
        </w:tc>
        <w:tc>
          <w:tcPr>
            <w:tcW w:type="dxa" w:w="3456"/>
            <w:shd w:fill="082B57"/>
          </w:tcPr>
          <w:p>
            <w:r>
              <w:rPr>
                <w:b/>
                <w:color w:val="FFFFFF"/>
              </w:rPr>
              <w:t>Evidence you produce</w:t>
            </w:r>
          </w:p>
        </w:tc>
      </w:tr>
      <w:tr>
        <w:tc>
          <w:tcPr>
            <w:tcW w:type="dxa" w:w="3456"/>
          </w:tcPr>
          <w:p>
            <w:r>
              <w:t>A · Visual</w:t>
            </w:r>
          </w:p>
        </w:tc>
        <w:tc>
          <w:tcPr>
            <w:tcW w:type="dxa" w:w="3456"/>
          </w:tcPr>
          <w:p>
            <w:r>
              <w:t>Sketch or label a net before calculating.</w:t>
            </w:r>
          </w:p>
        </w:tc>
        <w:tc>
          <w:tcPr>
            <w:tcW w:type="dxa" w:w="3456"/>
          </w:tcPr>
          <w:p>
            <w:r>
              <w:t>A labelled net + calculation.</w:t>
            </w:r>
          </w:p>
        </w:tc>
      </w:tr>
      <w:tr>
        <w:tc>
          <w:tcPr>
            <w:tcW w:type="dxa" w:w="3456"/>
          </w:tcPr>
          <w:p>
            <w:r>
              <w:t>B · Method</w:t>
            </w:r>
          </w:p>
        </w:tc>
        <w:tc>
          <w:tcPr>
            <w:tcW w:type="dxa" w:w="3456"/>
          </w:tcPr>
          <w:p>
            <w:r>
              <w:t>Use a formula/face table and explain each term.</w:t>
            </w:r>
          </w:p>
        </w:tc>
        <w:tc>
          <w:tcPr>
            <w:tcW w:type="dxa" w:w="3456"/>
          </w:tcPr>
          <w:p>
            <w:r>
              <w:t>A clear method + units.</w:t>
            </w:r>
          </w:p>
        </w:tc>
      </w:tr>
      <w:tr>
        <w:tc>
          <w:tcPr>
            <w:tcW w:type="dxa" w:w="3456"/>
          </w:tcPr>
          <w:p>
            <w:r>
              <w:t>C · Explain</w:t>
            </w:r>
          </w:p>
        </w:tc>
        <w:tc>
          <w:tcPr>
            <w:tcW w:type="dxa" w:w="3456"/>
          </w:tcPr>
          <w:p>
            <w:r>
              <w:t>Start by explaining which faces count and why.</w:t>
            </w:r>
          </w:p>
        </w:tc>
        <w:tc>
          <w:tcPr>
            <w:tcW w:type="dxa" w:w="3456"/>
          </w:tcPr>
          <w:p>
            <w:r>
              <w:t>A written justification + calculation.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8496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  <w:sz w:val="24"/>
              </w:rPr>
              <w:t>Present</w:t>
              <w:br/>
              <w:t>12 min</w:t>
            </w:r>
          </w:p>
        </w:tc>
        <w:tc>
          <w:tcPr>
            <w:tcW w:type="dxa" w:w="5184"/>
            <w:shd w:fill="EAF3F7"/>
          </w:tcPr>
          <w:p>
            <w:r>
              <w:t>Study the two models. Annotate the images and complete the worked examples with the teacher.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boid-ne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P1. </w:t>
      </w:r>
      <w:r>
        <w:t>For an 8 cm by 5 cm by 3 cm cuboid, complete: surface area = 2(8×5 + 8×3 + 5×3) = ______ cm². Then check the volume.</w:t>
      </w:r>
      <w:r>
        <w:rPr>
          <w:b/>
          <w:color w:val="1AA6A6"/>
        </w:rPr>
        <w:t xml:space="preserve">  [NC] [3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ylinder-n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P2. </w:t>
      </w:r>
      <w:r>
        <w:t>A closed cylinder has radius 4 cm and height 9 cm. Write an exact expression for its total surface area and volume.</w:t>
      </w:r>
      <w:r>
        <w:rPr>
          <w:b/>
          <w:color w:val="1AA6A6"/>
        </w:rPr>
        <w:t xml:space="preserve">  [C]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8496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  <w:sz w:val="24"/>
              </w:rPr>
              <w:t>Apply</w:t>
              <w:br/>
              <w:t>25 min</w:t>
            </w:r>
          </w:p>
        </w:tc>
        <w:tc>
          <w:tcPr>
            <w:tcW w:type="dxa" w:w="5184"/>
            <w:shd w:fill="EAF3F7"/>
          </w:tcPr>
          <w:p>
            <w:r>
              <w:t>Complete the supported questions first. Then remove the scaffold and complete the independent and exam-style questions.</w:t>
            </w:r>
          </w:p>
        </w:tc>
      </w:tr>
    </w:tbl>
    <w:p/>
    <w:p>
      <w:pPr>
        <w:pStyle w:val="Heading2"/>
      </w:pPr>
      <w:r>
        <w:t>Supported practice</w:t>
      </w:r>
    </w:p>
    <w:p>
      <w:r>
        <w:rPr>
          <w:b/>
          <w:color w:val="082B57"/>
        </w:rPr>
        <w:t xml:space="preserve">A1. </w:t>
      </w:r>
      <w:r>
        <w:t>A cuboid is 10 cm long, 6 cm wide and 4 cm high. Use the face-pair structure 2(lw + lh + wh) to find the total surface area.</w:t>
      </w:r>
      <w:r>
        <w:rPr>
          <w:b/>
          <w:color w:val="1AA6A6"/>
        </w:rPr>
        <w:t xml:space="preserve">  [NC] [3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A2. </w:t>
      </w:r>
      <w:r>
        <w:t>The same cuboid has volume 240 cm³. Explain why the units are cm³ rather than cm².</w:t>
      </w:r>
      <w:r>
        <w:rPr>
          <w:b/>
          <w:color w:val="1AA6A6"/>
        </w:rPr>
        <w:t xml:space="preserve">  [NC] [2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2"/>
      </w:pPr>
      <w:r>
        <w:t>Independent practice - scaffold removed</w:t>
      </w:r>
    </w:p>
    <w:p>
      <w:r>
        <w:rPr>
          <w:b/>
          <w:color w:val="082B57"/>
        </w:rPr>
        <w:t xml:space="preserve">A3. </w:t>
      </w:r>
      <w:r>
        <w:t>A closed cylinder has radius 3.5 cm and height 12 cm. Find its total surface area and volume. Give each answer to 1 decimal place.</w:t>
      </w:r>
      <w:r>
        <w:rPr>
          <w:b/>
          <w:color w:val="1AA6A6"/>
        </w:rPr>
        <w:t xml:space="preserve">  [C] [6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12080" cy="31272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en-top-bo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272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2B57"/>
        </w:rPr>
        <w:t xml:space="preserve">A4. </w:t>
      </w:r>
      <w:r>
        <w:t>An open-top box measures 12 cm by 8 cm by 5 cm. Find (a) its exposed surface area and (b) its capacity in cm³.</w:t>
      </w:r>
      <w:r>
        <w:rPr>
          <w:b/>
          <w:color w:val="1AA6A6"/>
        </w:rPr>
        <w:t xml:space="preserve">  [NC] [5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2"/>
      </w:pPr>
      <w:r>
        <w:t>Exam-style practice</w:t>
      </w:r>
    </w:p>
    <w:p>
      <w:r>
        <w:rPr>
          <w:b/>
          <w:color w:val="082B57"/>
        </w:rPr>
        <w:t xml:space="preserve">E1. </w:t>
      </w:r>
      <w:r>
        <w:t>A solid is a closed cylinder of radius 5 cm and height 7 cm. A learner says its surface area is 2πrh because “that is the outside”. Explain the error and calculate the correct total surface area in terms of π.</w:t>
      </w:r>
      <w:r>
        <w:rPr>
          <w:b/>
          <w:color w:val="1AA6A6"/>
        </w:rPr>
        <w:t xml:space="preserve">  [C]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E2. </w:t>
      </w:r>
      <w:r>
        <w:t>A cuboid has volume 360 cm³. Its base is 12 cm by 5 cm. Find its height, then find its total surface area.</w:t>
      </w:r>
      <w:r>
        <w:rPr>
          <w:b/>
          <w:color w:val="1AA6A6"/>
        </w:rPr>
        <w:t xml:space="preserve">  [NC] [5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2"/>
      </w:pPr>
      <w:r>
        <w:t>Extension and deep challenge</w:t>
      </w:r>
    </w:p>
    <w:p>
      <w:r>
        <w:rPr>
          <w:b/>
          <w:color w:val="082B57"/>
        </w:rPr>
        <w:t xml:space="preserve">X1 · Stretch. </w:t>
      </w:r>
      <w:r>
        <w:t>A closed cuboid has volume 120 cm³ and dimensions 4 cm by 5 cm by h. Find h and then its surface area.</w:t>
      </w:r>
      <w:r>
        <w:rPr>
          <w:b/>
          <w:color w:val="1AA6A6"/>
        </w:rPr>
        <w:t xml:space="preserve">  [NC]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X2 · Deep challenge. </w:t>
      </w:r>
      <w:r>
        <w:t>A cylinder has radius r and height 2r. Express its total surface area and volume in terms of r. Compare how each changes if r is doubled.</w:t>
      </w:r>
      <w:r>
        <w:rPr>
          <w:b/>
          <w:color w:val="1AA6A6"/>
        </w:rPr>
        <w:t xml:space="preserve">  [C] [6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8496"/>
      </w:tblGrid>
      <w:tr>
        <w:tc>
          <w:tcPr>
            <w:tcW w:type="dxa" w:w="5184"/>
            <w:shd w:fill="082B57"/>
          </w:tcPr>
          <w:p>
            <w:r>
              <w:rPr>
                <w:b/>
                <w:color w:val="FFFFFF"/>
                <w:sz w:val="24"/>
              </w:rPr>
              <w:t>Recall &amp; Review</w:t>
              <w:br/>
              <w:t>8 min</w:t>
            </w:r>
          </w:p>
        </w:tc>
        <w:tc>
          <w:tcPr>
            <w:tcW w:type="dxa" w:w="5184"/>
            <w:shd w:fill="EAF3F7"/>
          </w:tcPr>
          <w:p>
            <w:r>
              <w:t>Without notes, complete the exit task. Then compare it with your Connect &amp; Check response and write one WWW and one EBI.</w:t>
            </w:r>
          </w:p>
        </w:tc>
      </w:tr>
    </w:tbl>
    <w:p/>
    <w:p>
      <w:r>
        <w:rPr>
          <w:b/>
          <w:color w:val="082B57"/>
        </w:rPr>
        <w:t xml:space="preserve">R1. </w:t>
      </w:r>
      <w:r>
        <w:t>A closed cuboid measures 9 cm by 4 cm by 2 cm. Find both its surface area and volume, using correct units.</w:t>
      </w:r>
      <w:r>
        <w:rPr>
          <w:b/>
          <w:color w:val="1AA6A6"/>
        </w:rPr>
        <w:t xml:space="preserve">  [NC] [4 marks]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 xml:space="preserve">WWW: </w:t>
      </w:r>
      <w:r>
        <w:t>________________________________________________________________________</w:t>
      </w:r>
    </w:p>
    <w:p>
      <w:r>
        <w:rPr>
          <w:b/>
        </w:rPr>
        <w:t xml:space="preserve">EBI: </w:t>
      </w:r>
      <w:r>
        <w:t>________________________________________________________________________</w:t>
      </w:r>
    </w:p>
    <w:p>
      <w:r>
        <w:rPr>
          <w:b/>
        </w:rPr>
        <w:t xml:space="preserve">Next lesson preparation: </w:t>
      </w:r>
      <w:r>
        <w:t>Sketch the front, side and plan views of a stack of 4 cubes arranged as a 2×2 square on the base.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L036: Surface area and volume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Find surface area and volume using appropriate nets and formulae.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closed cuboid has volume 120 cm³ and dimensions 4 cm by 5 cm by h. Find h and surface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cylinder has radius r and height 2r. Express its total surface area and volume in terms of 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