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28800" cy="914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Flipped learning · Trigonometry in right triangles</w:t>
      </w:r>
    </w:p>
    <w:p>
      <w:pPr>
        <w:jc w:val="center"/>
      </w:pPr>
      <w:r>
        <w:rPr>
          <w:b/>
          <w:color w:val="60798B"/>
        </w:rPr>
        <w:t>GCSE Mathematics 1MA1 · L039 · 60 minutes</w:t>
      </w:r>
    </w:p>
    <w:p>
      <w:r>
        <w:t>Refresh calculator degree mode and the meaning of sine, cosine and tangent.</w:t>
      </w:r>
    </w:p>
    <w:p>
      <w:r>
        <w:rPr>
          <w:b/>
          <w:color w:val="082B57"/>
        </w:rPr>
        <w:t xml:space="preserve">F1. </w:t>
      </w:r>
      <w:r>
        <w:t>Write SOHCAHTOA from memory.</w:t>
      </w:r>
      <w:r>
        <w:rPr>
          <w:b/>
          <w:color w:val="1AA6A6"/>
        </w:rPr>
        <w:t xml:space="preserve"> [NC] [3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F2. </w:t>
      </w:r>
      <w:r>
        <w:t>On your calculator, evaluate sin30°, cos60° and tan45°.</w:t>
      </w:r>
      <w:r>
        <w:rPr>
          <w:b/>
          <w:color w:val="1AA6A6"/>
        </w:rPr>
        <w:t xml:space="preserve"> [C] [3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F3. </w:t>
      </w:r>
      <w:r>
        <w:t>Explain the difference between sinθ and sin⁻¹(x).</w:t>
      </w:r>
      <w:r>
        <w:rPr>
          <w:b/>
          <w:color w:val="1AA6A6"/>
        </w:rPr>
        <w:t xml:space="preserve"> [C] [2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82B5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AA6A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82B57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