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Trigonometry in right triangles</w:t>
      </w:r>
    </w:p>
    <w:p>
      <w:pPr>
        <w:jc w:val="center"/>
      </w:pPr>
      <w:r>
        <w:rPr>
          <w:b/>
          <w:color w:val="60798B"/>
        </w:rPr>
        <w:t>GCSE Mathematics 1MA1 · L039 · 60 minutes</w:t>
      </w:r>
    </w:p>
    <w:p>
      <w:r>
        <w:rPr>
          <w:b/>
        </w:rPr>
        <w:t xml:space="preserve">Objective: </w:t>
      </w:r>
      <w:r>
        <w:t>Select sine, cosine or tangent to find a missing side or angle in a right-angled triangle and justify the chosen ratio.</w:t>
      </w:r>
    </w:p>
    <w:p>
      <w:r>
        <w:rPr>
          <w:b/>
        </w:rPr>
        <w:t xml:space="preserve">Calculator conditions: </w:t>
      </w:r>
      <w:r>
        <w:t>Calculator required for trigonometric values. Check degree mode. Keep full precision until the final rounding step.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Connect &amp; Check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Retrieve Pythagoras and side labels, then shift from “which side is longest?” to “which side is relative to the chosen angle?”.</w:t>
            </w:r>
          </w:p>
        </w:tc>
      </w:tr>
    </w:tbl>
    <w:p/>
    <w:p>
      <w:r>
        <w:rPr>
          <w:b/>
          <w:color w:val="082B57"/>
        </w:rPr>
        <w:t xml:space="preserve">C1. </w:t>
      </w:r>
      <w:r>
        <w:t>In a right triangle, which side is always the hypotenuse?</w:t>
      </w:r>
      <w:r>
        <w:rPr>
          <w:b/>
          <w:color w:val="1AA6A6"/>
        </w:rPr>
        <w:t xml:space="preserve"> [NC] [1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C2. </w:t>
      </w:r>
      <w:r>
        <w:t>Relative to an angle θ, explain how to identify the opposite and adjacent sides.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Share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Choose a route: Visual (draw/annotate), Method (structured calculation), or Explain (justify decisions). Compare with a partner; all routes must produce the same core evidence.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Journey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Evidence</w:t>
            </w:r>
          </w:p>
        </w:tc>
      </w:tr>
      <w:tr>
        <w:tc>
          <w:tcPr>
            <w:tcW w:type="dxa" w:w="3456"/>
          </w:tcPr>
          <w:p>
            <w:r>
              <w:t>A · Visual</w:t>
            </w:r>
          </w:p>
        </w:tc>
        <w:tc>
          <w:tcPr>
            <w:tcW w:type="dxa" w:w="3456"/>
          </w:tcPr>
          <w:p>
            <w:r>
              <w:t>Label O, A, H on the diagram and circle known/required values.</w:t>
            </w:r>
          </w:p>
        </w:tc>
        <w:tc>
          <w:tcPr>
            <w:tcW w:type="dxa" w:w="3456"/>
          </w:tcPr>
          <w:p>
            <w:r>
              <w:t>Labelled triangle + ratio.</w:t>
            </w:r>
          </w:p>
        </w:tc>
      </w:tr>
      <w:tr>
        <w:tc>
          <w:tcPr>
            <w:tcW w:type="dxa" w:w="3456"/>
          </w:tcPr>
          <w:p>
            <w:r>
              <w:t>B · Method</w:t>
            </w:r>
          </w:p>
        </w:tc>
        <w:tc>
          <w:tcPr>
            <w:tcW w:type="dxa" w:w="3456"/>
          </w:tcPr>
          <w:p>
            <w:r>
              <w:t>Use SOHCAHTOA as a selection table.</w:t>
            </w:r>
          </w:p>
        </w:tc>
        <w:tc>
          <w:tcPr>
            <w:tcW w:type="dxa" w:w="3456"/>
          </w:tcPr>
          <w:p>
            <w:r>
              <w:t>Chosen ratio + equation.</w:t>
            </w:r>
          </w:p>
        </w:tc>
      </w:tr>
      <w:tr>
        <w:tc>
          <w:tcPr>
            <w:tcW w:type="dxa" w:w="3456"/>
          </w:tcPr>
          <w:p>
            <w:r>
              <w:t>C · Explain</w:t>
            </w:r>
          </w:p>
        </w:tc>
        <w:tc>
          <w:tcPr>
            <w:tcW w:type="dxa" w:w="3456"/>
          </w:tcPr>
          <w:p>
            <w:r>
              <w:t>State why one ratio contains exactly the needed sides.</w:t>
            </w:r>
          </w:p>
        </w:tc>
        <w:tc>
          <w:tcPr>
            <w:tcW w:type="dxa" w:w="3456"/>
          </w:tcPr>
          <w:p>
            <w:r>
              <w:t>Justification + solution.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Present</w:t>
              <w:br/>
              <w:t>12 min</w:t>
            </w:r>
          </w:p>
        </w:tc>
        <w:tc>
          <w:tcPr>
            <w:tcW w:type="dxa" w:w="5184"/>
            <w:shd w:fill="EAF3F7"/>
          </w:tcPr>
          <w:p>
            <w:r>
              <w:t>Label sides relative to the given angle. Model calculator degree mode and inverse-function notation.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31272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2B57"/>
        </w:rPr>
        <w:t xml:space="preserve">P1. </w:t>
      </w:r>
      <w:r>
        <w:t>A right triangle has adjacent side 8 cm and angle 35°. Find the opposite side to 2 d.p.</w:t>
      </w:r>
      <w:r>
        <w:rPr>
          <w:b/>
          <w:color w:val="1AA6A6"/>
        </w:rPr>
        <w:t xml:space="preserve"> [C]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Apply</w:t>
              <w:br/>
              <w:t>25 min</w:t>
            </w:r>
          </w:p>
        </w:tc>
        <w:tc>
          <w:tcPr>
            <w:tcW w:type="dxa" w:w="5184"/>
            <w:shd w:fill="EAF3F7"/>
          </w:tcPr>
          <w:p>
            <w:r>
              <w:t>Complete supported practice, then remove the scaffold and complete independent/exam-style work. Show a separate check where requested.</w:t>
            </w:r>
          </w:p>
        </w:tc>
      </w:tr>
    </w:tbl>
    <w:p/>
    <w:p>
      <w:pPr>
        <w:pStyle w:val="Heading2"/>
      </w:pPr>
      <w:r>
        <w:t>Supported practice</w:t>
      </w:r>
    </w:p>
    <w:p>
      <w:r>
        <w:rPr>
          <w:b/>
          <w:color w:val="082B57"/>
        </w:rPr>
        <w:t xml:space="preserve">A1. </w:t>
      </w:r>
      <w:r>
        <w:t>Angle θ=30°, hypotenuse=10 cm. Find the opposite side.</w:t>
      </w:r>
      <w:r>
        <w:rPr>
          <w:b/>
          <w:color w:val="1AA6A6"/>
        </w:rPr>
        <w:t xml:space="preserve"> [C]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A2. </w:t>
      </w:r>
      <w:r>
        <w:t>Opposite=7 cm, hypotenuse=10 cm. Find θ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Independent practice - scaffold removed</w:t>
      </w:r>
    </w:p>
    <w:p>
      <w:r>
        <w:rPr>
          <w:b/>
          <w:color w:val="082B57"/>
        </w:rPr>
        <w:t xml:space="preserve">A3. </w:t>
      </w:r>
      <w:r>
        <w:t>Adjacent=12 cm, θ=28°. Find the hypotenuse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A4. </w:t>
      </w:r>
      <w:r>
        <w:t>Opposite=9 cm, adjacent=14 cm. Find θ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Exam-style practice</w:t>
      </w:r>
    </w:p>
    <w:p>
      <w:r>
        <w:rPr>
          <w:b/>
          <w:color w:val="082B57"/>
        </w:rPr>
        <w:t xml:space="preserve">E1. </w:t>
      </w:r>
      <w:r>
        <w:t>A ladder 5.5 m long makes an angle of 68° with the ground. How high up the wall does it reach? Give 2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E2. </w:t>
      </w:r>
      <w:r>
        <w:t>From a point 20 m from the base of a vertical tower, the angle of elevation to the top is 32°. Find the tower height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Extension and deep challenge</w:t>
      </w:r>
    </w:p>
    <w:p>
      <w:r>
        <w:rPr>
          <w:b/>
          <w:color w:val="082B57"/>
        </w:rPr>
        <w:t xml:space="preserve">X1. </w:t>
      </w:r>
      <w:r>
        <w:t>Two right triangles both have angle 30° but hypotenuses 10 cm and 25 cm. Compare their opposite sides.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X2. </w:t>
      </w:r>
      <w:r>
        <w:t>A right triangle has area 30 cm² and one acute angle 40°. Find one possible pair of perpendicular side lengths.</w:t>
      </w:r>
      <w:r>
        <w:rPr>
          <w:b/>
          <w:color w:val="1AA6A6"/>
        </w:rPr>
        <w:t xml:space="preserve"> [C] [6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Recall &amp; Review</w:t>
              <w:br/>
              <w:t>8 min</w:t>
            </w:r>
          </w:p>
        </w:tc>
        <w:tc>
          <w:tcPr>
            <w:tcW w:type="dxa" w:w="5184"/>
            <w:shd w:fill="EAF3F7"/>
          </w:tcPr>
          <w:p>
            <w:r>
              <w:t>Complete the exit task without notes, compare with your baseline and record one WWW and one EBI.</w:t>
            </w:r>
          </w:p>
        </w:tc>
      </w:tr>
    </w:tbl>
    <w:p/>
    <w:p>
      <w:r>
        <w:rPr>
          <w:b/>
          <w:color w:val="082B57"/>
        </w:rPr>
        <w:t xml:space="preserve">R1. </w:t>
      </w:r>
      <w:r>
        <w:t>A right triangle has opposite side 6 cm and adjacent side 11 cm relative to θ. Find θ to 1 d.p. and state the ratio used.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t>WWW: ________________________________________________________________________</w:t>
      </w:r>
    </w:p>
    <w:p>
      <w:r>
        <w:t>EBI: __________________________________________________________________________</w:t>
      </w:r>
    </w:p>
    <w:p>
      <w:r>
        <w:t>Next lesson preparation: Review cumulative number, algebra and geometry topics ready for the next checkpoint lesson.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L039: Trigonometry in right triangles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sine, cosine or tangent to find a right-triangle side or angle.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right triangle has adjacent side 8 cm and an angle of 35°. Find the opposite side to 2 d.p.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right triangles share angle 30° but have hypotenuses 10 cm and 25 cm. Compare their opposite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