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Learner assessment: Cumulative checkpoint 2 and feedback</w:t>
      </w:r>
    </w:p>
    <w:p>
      <w:r>
        <w:t>Time: 20 minutes. Answer independently. Show clear working. Non-calculator first attempt. Calculator permitted only for explicitly labelled check questions.</w:t>
      </w:r>
    </w:p>
    <w:p>
      <w:r>
        <w:t>1. Find 35% of £240 and explain the reference whole.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5(2x - 1)=3x+16 and check.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cylinder has radius 4 cm and height 5 cm. Find volume exactly.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Exam-style question: A rectangle is 12 cm by 8 cm. A 3 cm by 2 cm corner is cut out. Find the remaining area and perimeter. Show a check.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Self-review: circle your strongest evidence: method / accuracy / explanation / check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