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Teacher mark scheme: Cumulative checkpoint 2 and feedback</w:t>
      </w:r>
    </w:p>
    <w:p>
      <w:r>
        <w:t>Use this mark scheme to identify the misconception and the next response, not only the score.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answer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Common misconception / 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£84; the whole is £240.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x = 3. Substitute: 5(6-1)=25 and 9+16=25.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80π cm³. Surface area would be in cm².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Area = 90 cm²; perimeter = 40 cm.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Check first decision, notation, units and whether the answer has been verified independently.</w:t>
            </w:r>
          </w:p>
        </w:tc>
      </w:tr>
    </w:tbl>
    <w:p>
      <w:pPr>
        <w:pStyle w:val="Heading2"/>
      </w:pPr>
      <w:r>
        <w:t>WWW / EBI feedback bank</w:t>
      </w:r>
    </w:p>
    <w:p>
      <w:pPr>
        <w:pStyle w:val="ListBullet"/>
      </w:pPr>
      <w:r>
        <w:t>WWW: Your method shows a clear first decision and a valid check.</w:t>
      </w:r>
    </w:p>
    <w:p>
      <w:pPr>
        <w:pStyle w:val="ListBullet"/>
      </w:pPr>
      <w:r>
        <w:t>EBI: Remove the scaffold and try a fresh matched question to prove the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