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Learner workbook: Coordinates, gradient and intercept</w:t>
      </w:r>
    </w:p>
    <w:p>
      <w:r>
        <w:t>Objective: Plot coordinates and interpret gradient and vertical intercept from tables, graphs and equations.</w:t>
      </w:r>
    </w:p>
    <w:p>
      <w:r>
        <w:t>Calculator condition: Non-calculator core. Calculator not required.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Plot (0, 2), (1, 4), (2, 6) and describe the pattern.</w:t>
      </w:r>
    </w:p>
    <w:p>
      <w:pPr>
        <w:pStyle w:val="ListBullet"/>
      </w:pPr>
      <w:r>
        <w:t>Retrieve: what does one horizontal step do to the height?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A - Visual</w:t>
              <w:br/>
              <w:t>Sketch, annotate or use the diagram.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B - Method</w:t>
              <w:br/>
              <w:t>Use a table, calculation chain or formula.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 - Explain</w:t>
              <w:br/>
              <w:t>Write sentences explaining why the method works.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Compare two routes: coordinate table first or graph first.</w:t>
      </w:r>
    </w:p>
    <w:p>
      <w:pPr>
        <w:pStyle w:val="ListBullet"/>
      </w:pPr>
      <w:r>
        <w:t>Explain how you can tell whether a gradient is positive, negative or zero.</w:t>
      </w:r>
    </w:p>
    <w:p>
      <w:pPr>
        <w:pStyle w:val="Heading2"/>
      </w:pPr>
      <w:r>
        <w:t>Present: modelled method</w:t>
      </w:r>
    </w:p>
    <w:p>
      <w:pPr>
        <w:pStyle w:val="ListBullet"/>
      </w:pPr>
      <w:r>
        <w:t>Gradient is change in y divided by change in x.</w:t>
      </w:r>
    </w:p>
    <w:p>
      <w:pPr>
        <w:pStyle w:val="ListBullet"/>
      </w:pPr>
      <w:r>
        <w:t>The vertical intercept is where the line crosses the y-axis, so x = 0.</w:t>
      </w:r>
    </w:p>
    <w:p>
      <w:pPr>
        <w:pStyle w:val="Heading2"/>
      </w:pPr>
      <w:r>
        <w:t>Apply: supported to independent practice</w:t>
      </w:r>
    </w:p>
    <w:p>
      <w:r>
        <w:rPr>
          <w:b/>
        </w:rPr>
        <w:t xml:space="preserve">Plotting: </w:t>
      </w:r>
      <w:r>
        <w:t>Plot (0,1), (1,3), (2,5), (3,7).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Gradient: </w:t>
      </w:r>
      <w:r>
        <w:t>Find the gradient of the line through (2,1) and (6,9).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Intercept: </w:t>
      </w:r>
      <w:r>
        <w:t>For y = 3x - 4, state the gradient and y-intercept.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pPr>
        <w:pStyle w:val="Heading2"/>
      </w:pPr>
      <w:r>
        <w:t>Stretch and deep challenge</w:t>
      </w:r>
    </w:p>
    <w:p>
      <w:pPr>
        <w:pStyle w:val="ListBullet"/>
      </w:pPr>
      <w:r>
        <w:t>Stretch: A line passes through (-3, 4) and (3, -2). Find gradient and y-intercept.</w:t>
      </w:r>
    </w:p>
    <w:p>
      <w:pPr>
        <w:pStyle w:val="ListBullet"/>
      </w:pPr>
      <w:r>
        <w:t>Deep challenge: Can two distinct parallel lines have different gradients? Explain using y = mx + c.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Given two fresh points, find the gradient and y-intercept without prompts.</w:t>
      </w:r>
    </w:p>
    <w:p>
      <w:pPr>
        <w:pStyle w:val="ListBullet"/>
      </w:pPr>
      <w:r>
        <w:t>Correct one plotting or scale error.</w:t>
      </w:r>
    </w:p>
    <w:p>
      <w:r>
        <w:t>WWW: ______________________________________  EBI: 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L041: Coordinates gradient and intercept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Plot coordinates and interpret gradient and vertical intercept.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passes through (−3, 4) and (3, −2). Find gradient and y-intercept.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two distinct parallel lines have different gradients? Explain using y=mx+c.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