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L041</w:t>
      </w:r>
    </w:p>
    <w:p>
      <w:pPr>
        <w:pStyle w:val="Heading1"/>
        <w:jc w:val="center"/>
      </w:pPr>
      <w:r>
        <w:rPr>
          <w:color w:val="052D57"/>
        </w:rPr>
        <w:t>Teacher mark scheme: Coordinates, gradient and intercept</w:t>
      </w:r>
    </w:p>
    <w:p>
      <w:r>
        <w:t>Use this mark scheme to identify the misconception and the next response, not only the score.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answer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Common misconception / 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A straight line with y increasing by 2 each step.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Gradient = 2.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Gradient 3; y-intercept -4.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Gradient = 3; intercept = -2.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</w:tbl>
    <w:p>
      <w:pPr>
        <w:pStyle w:val="Heading2"/>
      </w:pPr>
      <w:r>
        <w:t>WWW / EBI feedback bank</w:t>
      </w:r>
    </w:p>
    <w:p>
      <w:pPr>
        <w:pStyle w:val="ListBullet"/>
      </w:pPr>
      <w:r>
        <w:t>WWW: Your method shows a clear first decision and a valid check.</w:t>
      </w:r>
    </w:p>
    <w:p>
      <w:pPr>
        <w:pStyle w:val="ListBullet"/>
      </w:pPr>
      <w:r>
        <w:t>EBI: Remove the scaffold and try a fresh matched question to prove the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