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Flipped learning: Straight line equations</w:t>
      </w:r>
    </w:p>
    <w:p>
      <w:r>
        <w:t>Complete this before the lesson. Bring it to Connect &amp; Check.</w:t>
      </w:r>
    </w:p>
    <w:p>
      <w:pPr>
        <w:pStyle w:val="ListBullet"/>
      </w:pPr>
      <w:r>
        <w:t>Write one thing you remember about the previous lesson.</w:t>
      </w:r>
    </w:p>
    <w:p>
      <w:pPr>
        <w:pStyle w:val="ListBullet"/>
      </w:pPr>
      <w:r>
        <w:t>Attempt the baseline question below.</w:t>
      </w:r>
    </w:p>
    <w:p>
      <w:pPr>
        <w:pStyle w:val="ListBullet"/>
      </w:pPr>
      <w:r>
        <w:t>Write one question you want to resolve.</w:t>
      </w:r>
    </w:p>
    <w:p>
      <w:r>
        <w:t>Baseline task: Retrieve gradient and intercept from y = 2x + 1 and y = -x + 4.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