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05840" cy="502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L042</w:t>
      </w:r>
    </w:p>
    <w:p>
      <w:pPr>
        <w:pStyle w:val="Heading1"/>
        <w:jc w:val="center"/>
      </w:pPr>
      <w:r>
        <w:rPr>
          <w:color w:val="052D57"/>
        </w:rPr>
        <w:t>Learner workbook: Straight line equations</w:t>
      </w:r>
    </w:p>
    <w:p>
      <w:r>
        <w:t>Objective: Form and use straight-line equations, check whether points lie on a line and locate intersections.</w:t>
      </w:r>
    </w:p>
    <w:p>
      <w:r>
        <w:t>Calculator condition: Non-calculator core. Calculator optional for checking plotted intersections only.</w:t>
      </w:r>
    </w:p>
    <w:p>
      <w:r>
        <w:drawing>
          <wp:inline xmlns:a="http://schemas.openxmlformats.org/drawingml/2006/main" xmlns:pic="http://schemas.openxmlformats.org/drawingml/2006/picture">
            <wp:extent cx="5303520" cy="335889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42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588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Retrieve gradient and intercept from y = 2x + 1 and y = -x + 4.</w:t>
      </w:r>
    </w:p>
    <w:p>
      <w:pPr>
        <w:pStyle w:val="ListBullet"/>
      </w:pPr>
      <w:r>
        <w:t>Predict where two lines might meet before calculating.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A - Visual</w:t>
              <w:br/>
              <w:t>Sketch, annotate or use the diagram.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B - Method</w:t>
              <w:br/>
              <w:t>Use a table, calculation chain or formula.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C - Explain</w:t>
              <w:br/>
              <w:t>Write sentences explaining why the method works.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Compare table, graph and equation routes.</w:t>
      </w:r>
    </w:p>
    <w:p>
      <w:pPr>
        <w:pStyle w:val="ListBullet"/>
      </w:pPr>
      <w:r>
        <w:t>Explain why equal gradients create parallel lines when intercepts differ.</w:t>
      </w:r>
    </w:p>
    <w:p>
      <w:pPr>
        <w:pStyle w:val="Heading2"/>
      </w:pPr>
      <w:r>
        <w:t>Present: modelled method</w:t>
      </w:r>
    </w:p>
    <w:p>
      <w:pPr>
        <w:pStyle w:val="ListBullet"/>
      </w:pPr>
      <w:r>
        <w:t>Use y = mx + c. Substitute a point to test it.</w:t>
      </w:r>
    </w:p>
    <w:p>
      <w:pPr>
        <w:pStyle w:val="ListBullet"/>
      </w:pPr>
      <w:r>
        <w:t>For intersections, set the two y-values equal, solve for x, then find y.</w:t>
      </w:r>
    </w:p>
    <w:p>
      <w:pPr>
        <w:pStyle w:val="Heading2"/>
      </w:pPr>
      <w:r>
        <w:t>Apply: supported to independent practice</w:t>
      </w:r>
    </w:p>
    <w:p>
      <w:r>
        <w:rPr>
          <w:b/>
        </w:rPr>
        <w:t xml:space="preserve">Equation: </w:t>
      </w:r>
      <w:r>
        <w:t>Find the equation of a line with gradient 2 and intercept -3.</w:t>
      </w:r>
    </w:p>
    <w:p>
      <w:r>
        <w:t>Working: ______________________________________________________________</w:t>
      </w:r>
    </w:p>
    <w:p>
      <w:r>
        <w:t>Check: _________________________________________________________________</w:t>
      </w:r>
    </w:p>
    <w:p>
      <w:r>
        <w:rPr>
          <w:b/>
        </w:rPr>
        <w:t xml:space="preserve">Point check: </w:t>
      </w:r>
      <w:r>
        <w:t>Does (4,5) lie on y = 2x - 3?</w:t>
      </w:r>
    </w:p>
    <w:p>
      <w:r>
        <w:t>Working: ______________________________________________________________</w:t>
      </w:r>
    </w:p>
    <w:p>
      <w:r>
        <w:t>Check: _________________________________________________________________</w:t>
      </w:r>
    </w:p>
    <w:p>
      <w:r>
        <w:rPr>
          <w:b/>
        </w:rPr>
        <w:t xml:space="preserve">Parallel: </w:t>
      </w:r>
      <w:r>
        <w:t>Are y = 4x + 1 and y = 4x - 6 parallel? Explain.</w:t>
      </w:r>
    </w:p>
    <w:p>
      <w:r>
        <w:t>Working: ______________________________________________________________</w:t>
      </w:r>
    </w:p>
    <w:p>
      <w:r>
        <w:t>Check: _________________________________________________________________</w:t>
      </w:r>
    </w:p>
    <w:p>
      <w:pPr>
        <w:pStyle w:val="Heading2"/>
      </w:pPr>
      <w:r>
        <w:t>Stretch and deep challenge</w:t>
      </w:r>
    </w:p>
    <w:p>
      <w:pPr>
        <w:pStyle w:val="ListBullet"/>
      </w:pPr>
      <w:r>
        <w:t>Stretch: Find the equation of the line through (2, -1) and (6, 7).</w:t>
      </w:r>
    </w:p>
    <w:p>
      <w:pPr>
        <w:pStyle w:val="ListBullet"/>
      </w:pPr>
      <w:r>
        <w:t>Deep challenge: The lines y = 3x - 4 and 6x - 2y = 8 are claimed to intersect. Test the claim.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Check a point against a fresh line equation.</w:t>
      </w:r>
    </w:p>
    <w:p>
      <w:pPr>
        <w:pStyle w:val="ListBullet"/>
      </w:pPr>
      <w:r>
        <w:t>Decide if two lines intersect, are parallel or are the same line.</w:t>
      </w:r>
    </w:p>
    <w:p>
      <w:r>
        <w:t>WWW: ______________________________________  EBI: ______________________________________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L042: Straight line equations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Form and use straight-line equations and locate intersections.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Find the equation of the line through (2,−1) and (6,7).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The lines y=3x−4 and 6x−2y=8 are claimed to intersect. Test the claim.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