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L042</w:t>
      </w:r>
    </w:p>
    <w:p>
      <w:pPr>
        <w:pStyle w:val="Heading1"/>
        <w:jc w:val="center"/>
      </w:pPr>
      <w:r>
        <w:rPr>
          <w:color w:val="052D57"/>
        </w:rPr>
        <w:t>Teacher guide: Straight line equations</w:t>
      </w:r>
    </w:p>
    <w:p>
      <w:r>
        <w:t>Lesson objective: Form and use straight-line equations, check whether points lie on a line and locate intersections.</w:t>
      </w:r>
    </w:p>
    <w:p>
      <w:r>
        <w:t>Running order: Connect &amp; Check 5 min; Share 7 min; Present 10 min; Apply 25 min; Recall &amp; Review 8 min; feedback recording 5 min.</w:t>
      </w:r>
    </w:p>
    <w:p>
      <w:r>
        <w:t>Calculator condition: Non-calculator core. Calculator optional for checking plotted intersections only.</w:t>
      </w:r>
    </w:p>
    <w:p>
      <w:pPr>
        <w:pStyle w:val="Heading2"/>
      </w:pPr>
      <w:r>
        <w:t>Learning Cycle delivery notes</w:t>
      </w:r>
    </w:p>
    <w:p>
      <w:pPr>
        <w:pStyle w:val="Heading3"/>
      </w:pPr>
      <w:r>
        <w:t>Connect &amp; Check</w:t>
      </w:r>
    </w:p>
    <w:p>
      <w:pPr>
        <w:pStyle w:val="ListBullet"/>
      </w:pPr>
      <w:r>
        <w:t>Retrieve gradient and intercept from y = 2x + 1 and y = -x + 4.</w:t>
      </w:r>
    </w:p>
    <w:p>
      <w:pPr>
        <w:pStyle w:val="ListBullet"/>
      </w:pPr>
      <w:r>
        <w:t>Predict where two lines might meet before calculating.</w:t>
      </w:r>
    </w:p>
    <w:p>
      <w:pPr>
        <w:pStyle w:val="Heading3"/>
      </w:pPr>
      <w:r>
        <w:t>Share</w:t>
      </w:r>
    </w:p>
    <w:p>
      <w:pPr>
        <w:pStyle w:val="ListBullet"/>
      </w:pPr>
      <w:r>
        <w:t>Compare table, graph and equation routes.</w:t>
      </w:r>
    </w:p>
    <w:p>
      <w:pPr>
        <w:pStyle w:val="ListBullet"/>
      </w:pPr>
      <w:r>
        <w:t>Explain why equal gradients create parallel lines when intercepts differ.</w:t>
      </w:r>
    </w:p>
    <w:p>
      <w:pPr>
        <w:pStyle w:val="Heading3"/>
      </w:pPr>
      <w:r>
        <w:t>Present</w:t>
      </w:r>
    </w:p>
    <w:p>
      <w:pPr>
        <w:pStyle w:val="ListBullet"/>
      </w:pPr>
      <w:r>
        <w:t>Use y = mx + c. Substitute a point to test it.</w:t>
      </w:r>
    </w:p>
    <w:p>
      <w:pPr>
        <w:pStyle w:val="ListBullet"/>
      </w:pPr>
      <w:r>
        <w:t>For intersections, set the two y-values equal, solve for x, then find y.</w:t>
      </w:r>
    </w:p>
    <w:p>
      <w:pPr>
        <w:pStyle w:val="Heading3"/>
      </w:pPr>
      <w:r>
        <w:t>Apply</w:t>
      </w:r>
    </w:p>
    <w:p>
      <w:pPr>
        <w:pStyle w:val="ListBullet"/>
      </w:pPr>
      <w:r>
        <w:t>Form equations from a graph, a table and two coordinates.</w:t>
      </w:r>
    </w:p>
    <w:p>
      <w:pPr>
        <w:pStyle w:val="ListBullet"/>
      </w:pPr>
      <w:r>
        <w:t>Find intersections using substitution and confirm on a sketch.</w:t>
      </w:r>
    </w:p>
    <w:p>
      <w:pPr>
        <w:pStyle w:val="Heading3"/>
      </w:pPr>
      <w:r>
        <w:t>Recall &amp; Review</w:t>
      </w:r>
    </w:p>
    <w:p>
      <w:pPr>
        <w:pStyle w:val="ListBullet"/>
      </w:pPr>
      <w:r>
        <w:t>Check a point against a fresh line equation.</w:t>
      </w:r>
    </w:p>
    <w:p>
      <w:pPr>
        <w:pStyle w:val="ListBullet"/>
      </w:pPr>
      <w:r>
        <w:t>Decide if two lines intersect, are parallel or are the same line.</w:t>
      </w:r>
    </w:p>
    <w:p>
      <w:pPr>
        <w:pStyle w:val="Heading2"/>
      </w:pPr>
      <w:r>
        <w:t>Differentiation and route choice</w:t>
      </w:r>
    </w:p>
    <w:p>
      <w:pPr>
        <w:pStyle w:val="ListBullet"/>
      </w:pPr>
      <w:r>
        <w:t>Learners choose visual, method or explanation routes but must produce the same final mathematical evidence.</w:t>
      </w:r>
    </w:p>
    <w:p>
      <w:pPr>
        <w:pStyle w:val="ListBullet"/>
      </w:pPr>
      <w:r>
        <w:t>Remove prompts before the exit evidence.</w:t>
      </w:r>
    </w:p>
    <w:p>
      <w:pPr>
        <w:pStyle w:val="ListBullet"/>
      </w:pPr>
      <w:r>
        <w:t>Use extension tasks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Use the mini-test, independent workbook response and exit evidence against the objective. Group shared errors for the next Connect &amp; Check.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L042: Straight line equations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Form and use straight-line equations and locate intersections.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the equation of the line through (2,−1) and (6,7).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The lines y=3x−4 and 6x−2y=8 are claimed to intersect. Test the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