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L046</w:t>
      </w:r>
    </w:p>
    <w:p>
      <w:pPr>
        <w:pStyle w:val="Heading1"/>
        <w:jc w:val="center"/>
      </w:pPr>
      <w:r>
        <w:rPr>
          <w:color w:val="052D57"/>
        </w:rPr>
        <w:t>Learner workbook: Tables charts and time series</w:t>
      </w:r>
    </w:p>
    <w:p>
      <w:r>
        <w:t>Objective: Represent and interpret categorical data, grouped data and time series.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46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sampling and data quality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tables charts and time series.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Choose a suitable chart; check labels, scale and misleading presentation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tables charts and time series.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pie chart represents 72 people. A sector angle is 135°. Find its frequency.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time-series graph starts its vertical axis at 90 instead of 0. Does this make the data wrong? Explain the risk.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tables charts and time series.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L046: Tables charts and time series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Represent and interpret categorical data, grouped data and time series.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appropriate statistic or representation and supported my comparison or interpretation with specific evidence from the data.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quote the relevant values or features, compare like with like and explain what the evidence shows without making an unsupported claim.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pie chart represents 72 people. A sector angle is 135°. Find its frequency.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time-series graph starts its vertical axis at 90 instead of 0. Does this make the data wrong? Explain the risk.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