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L047</w:t>
      </w:r>
    </w:p>
    <w:p>
      <w:pPr>
        <w:pStyle w:val="Heading1"/>
        <w:jc w:val="center"/>
      </w:pPr>
      <w:r>
        <w:rPr>
          <w:color w:val="052D57"/>
        </w:rPr>
        <w:t>Knowledge organiser: Averages and spread</w:t>
      </w:r>
    </w:p>
    <w:p>
      <w:r>
        <w:t>Objective: Calculate and interpret averages and range, including grouped estimates.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Contrast exact data with grouped estimates; explore the effect of an outlier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data set has mean 10. One new value of 100 is added. Must the median increase?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